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55D2F" w14:textId="0DC3B221" w:rsidR="004438CE" w:rsidRPr="00790013" w:rsidRDefault="00000000">
      <w:pPr>
        <w:jc w:val="center"/>
        <w:rPr>
          <w:lang w:val="da-DK"/>
        </w:rPr>
      </w:pPr>
      <w:r w:rsidRPr="00790013">
        <w:rPr>
          <w:b/>
          <w:color w:val="F79646" w:themeColor="accent6"/>
          <w:sz w:val="52"/>
          <w:lang w:val="da-DK"/>
        </w:rPr>
        <w:t>DI</w:t>
      </w:r>
      <w:r w:rsidR="00790013">
        <w:rPr>
          <w:b/>
          <w:color w:val="F79646" w:themeColor="accent6"/>
          <w:sz w:val="52"/>
          <w:lang w:val="da-DK"/>
        </w:rPr>
        <w:t>T IVÆRKSÆTTEREVENTYR</w:t>
      </w:r>
      <w:r w:rsidRPr="00790013">
        <w:rPr>
          <w:b/>
          <w:sz w:val="52"/>
          <w:lang w:val="da-DK"/>
        </w:rPr>
        <w:br/>
      </w:r>
    </w:p>
    <w:p w14:paraId="1B1907CF" w14:textId="2FEF7AD2" w:rsidR="00790013" w:rsidRDefault="00000000">
      <w:pPr>
        <w:jc w:val="center"/>
        <w:rPr>
          <w:lang w:val="da-DK"/>
        </w:rPr>
      </w:pPr>
      <w:r w:rsidRPr="00790013">
        <w:rPr>
          <w:lang w:val="da-DK"/>
        </w:rPr>
        <w:t>Et</w:t>
      </w:r>
      <w:r w:rsidR="00DD7332">
        <w:rPr>
          <w:lang w:val="da-DK"/>
        </w:rPr>
        <w:t xml:space="preserve"> praktisk</w:t>
      </w:r>
      <w:r w:rsidRPr="00790013">
        <w:rPr>
          <w:lang w:val="da-DK"/>
        </w:rPr>
        <w:t xml:space="preserve"> arbejdshefte til dig der overvejer at blive din egen chef</w:t>
      </w:r>
      <w:r w:rsidR="00790013">
        <w:rPr>
          <w:lang w:val="da-DK"/>
        </w:rPr>
        <w:t>. En hjælp til refleksion og finpudsning af din idé.</w:t>
      </w:r>
    </w:p>
    <w:p w14:paraId="74ADD88A" w14:textId="77777777" w:rsidR="00790013" w:rsidRDefault="00790013">
      <w:pPr>
        <w:jc w:val="center"/>
        <w:rPr>
          <w:lang w:val="da-DK"/>
        </w:rPr>
      </w:pPr>
    </w:p>
    <w:p w14:paraId="1BD29E5F" w14:textId="2A4D5B21" w:rsidR="00790013" w:rsidRDefault="00790013">
      <w:pPr>
        <w:jc w:val="center"/>
        <w:rPr>
          <w:lang w:val="da-DK"/>
        </w:rPr>
      </w:pPr>
      <w:r>
        <w:rPr>
          <w:lang w:val="da-DK"/>
        </w:rPr>
        <w:t xml:space="preserve"> </w:t>
      </w:r>
      <w:r w:rsidR="00000000" w:rsidRPr="00790013">
        <w:rPr>
          <w:lang w:val="da-DK"/>
        </w:rPr>
        <w:br/>
      </w:r>
      <w:r w:rsidR="00000000" w:rsidRPr="00790013">
        <w:rPr>
          <w:lang w:val="da-DK"/>
        </w:rPr>
        <w:br/>
        <w:t>Navn: ____________________________</w:t>
      </w:r>
      <w:r w:rsidR="00000000" w:rsidRPr="00790013">
        <w:rPr>
          <w:lang w:val="da-DK"/>
        </w:rPr>
        <w:br/>
      </w:r>
    </w:p>
    <w:p w14:paraId="64A47989" w14:textId="252F1F5B" w:rsidR="004438CE" w:rsidRPr="00790013" w:rsidRDefault="00000000">
      <w:pPr>
        <w:jc w:val="center"/>
        <w:rPr>
          <w:lang w:val="da-DK"/>
        </w:rPr>
      </w:pPr>
      <w:r w:rsidRPr="00790013">
        <w:rPr>
          <w:lang w:val="da-DK"/>
        </w:rPr>
        <w:t>Dato: _____________________________</w:t>
      </w:r>
    </w:p>
    <w:p w14:paraId="14D77615" w14:textId="77777777" w:rsidR="004438CE" w:rsidRPr="00790013" w:rsidRDefault="00000000">
      <w:pPr>
        <w:rPr>
          <w:lang w:val="da-DK"/>
        </w:rPr>
      </w:pPr>
      <w:r w:rsidRPr="00790013">
        <w:rPr>
          <w:lang w:val="da-DK"/>
        </w:rPr>
        <w:br w:type="page"/>
      </w:r>
    </w:p>
    <w:p w14:paraId="28D9BA07" w14:textId="77777777" w:rsidR="004438CE" w:rsidRPr="00790013" w:rsidRDefault="00000000" w:rsidP="00790013">
      <w:pPr>
        <w:pStyle w:val="Overskrift1"/>
        <w:rPr>
          <w:lang w:val="da-DK"/>
        </w:rPr>
      </w:pPr>
      <w:r w:rsidRPr="00790013">
        <w:rPr>
          <w:lang w:val="da-DK"/>
        </w:rPr>
        <w:lastRenderedPageBreak/>
        <w:t>Velkommen</w:t>
      </w:r>
    </w:p>
    <w:p w14:paraId="613D1989" w14:textId="77777777" w:rsidR="00790013" w:rsidRDefault="00000000" w:rsidP="00790013">
      <w:pPr>
        <w:jc w:val="both"/>
        <w:rPr>
          <w:lang w:val="da-DK"/>
        </w:rPr>
      </w:pPr>
      <w:r w:rsidRPr="00790013">
        <w:rPr>
          <w:lang w:val="da-DK"/>
        </w:rPr>
        <w:t xml:space="preserve">Denne </w:t>
      </w:r>
      <w:r w:rsidR="00790013">
        <w:rPr>
          <w:lang w:val="da-DK"/>
        </w:rPr>
        <w:t>spørgerække</w:t>
      </w:r>
      <w:r w:rsidRPr="00790013">
        <w:rPr>
          <w:lang w:val="da-DK"/>
        </w:rPr>
        <w:t xml:space="preserve"> er ikke lavet for at imponere banken. Den er heller ikke lavet for at imponere din revisor, din svoger eller andre mennesker. Den er lavet </w:t>
      </w:r>
      <w:r w:rsidR="00790013">
        <w:rPr>
          <w:lang w:val="da-DK"/>
        </w:rPr>
        <w:t xml:space="preserve">til dig selv, </w:t>
      </w:r>
      <w:r w:rsidRPr="00790013">
        <w:rPr>
          <w:lang w:val="da-DK"/>
        </w:rPr>
        <w:t>for at hjælpe dig med at finde ud af, om iværksætterlivet er det rigtige for dig, og om din idé er stærk nok til at fortjene din tid, dine penge og din energi.</w:t>
      </w:r>
    </w:p>
    <w:p w14:paraId="43C27370" w14:textId="06968AA8" w:rsidR="004438CE" w:rsidRPr="00790013" w:rsidRDefault="00000000" w:rsidP="00790013">
      <w:pPr>
        <w:jc w:val="both"/>
        <w:rPr>
          <w:lang w:val="da-DK"/>
        </w:rPr>
      </w:pPr>
      <w:r w:rsidRPr="00790013">
        <w:rPr>
          <w:lang w:val="da-DK"/>
        </w:rPr>
        <w:t>Skriv ærligt. Der er ingen karakterer. Kun bedre beslutninger.</w:t>
      </w:r>
    </w:p>
    <w:p w14:paraId="15D361D0" w14:textId="77777777" w:rsidR="004438CE" w:rsidRPr="00790013" w:rsidRDefault="00000000" w:rsidP="00790013">
      <w:pPr>
        <w:pStyle w:val="Overskrift2"/>
        <w:jc w:val="both"/>
        <w:rPr>
          <w:lang w:val="da-DK"/>
        </w:rPr>
      </w:pPr>
      <w:r w:rsidRPr="00790013">
        <w:rPr>
          <w:lang w:val="da-DK"/>
        </w:rPr>
        <w:t>Sådan bruger du hæftet</w:t>
      </w:r>
    </w:p>
    <w:p w14:paraId="695C1F08" w14:textId="77777777" w:rsidR="004438CE" w:rsidRDefault="00000000" w:rsidP="00790013">
      <w:pPr>
        <w:jc w:val="both"/>
        <w:rPr>
          <w:lang w:val="da-DK"/>
        </w:rPr>
      </w:pPr>
      <w:r w:rsidRPr="00790013">
        <w:rPr>
          <w:lang w:val="da-DK"/>
        </w:rPr>
        <w:t>Tag dig god tid. Du behøver ikke udfylde det hele på én gang. Nogle af spørgsmålene vil være nemme at besvare. Andre vil måske sende dig ud for at tale med kunder, familie, leverandører eller andre iværksættere. Det er præcis meningen.</w:t>
      </w:r>
    </w:p>
    <w:p w14:paraId="11AC43B4" w14:textId="77777777" w:rsidR="00790013" w:rsidRDefault="00790013" w:rsidP="00790013">
      <w:pPr>
        <w:jc w:val="both"/>
        <w:rPr>
          <w:lang w:val="da-DK"/>
        </w:rPr>
      </w:pPr>
    </w:p>
    <w:p w14:paraId="66C8CDF7" w14:textId="5923E991" w:rsidR="00790013" w:rsidRDefault="00790013" w:rsidP="00790013">
      <w:pPr>
        <w:pStyle w:val="Overskrift2"/>
        <w:jc w:val="both"/>
        <w:rPr>
          <w:lang w:val="da-DK"/>
        </w:rPr>
      </w:pPr>
      <w:r>
        <w:rPr>
          <w:lang w:val="da-DK"/>
        </w:rPr>
        <w:t>Bagefter</w:t>
      </w:r>
    </w:p>
    <w:p w14:paraId="7201760D" w14:textId="52DA6C6F" w:rsidR="00790013" w:rsidRPr="00790013" w:rsidRDefault="00790013" w:rsidP="00790013">
      <w:pPr>
        <w:jc w:val="both"/>
        <w:rPr>
          <w:lang w:val="da-DK"/>
        </w:rPr>
      </w:pPr>
      <w:r>
        <w:rPr>
          <w:lang w:val="da-DK"/>
        </w:rPr>
        <w:t>Når du så har udfyldt hæftet, kan du lave businessplanen til banken, revisoren og investorerne. Til dette kan du langt hen ad vejen bruge indhold fra disse refleksioner.</w:t>
      </w:r>
    </w:p>
    <w:p w14:paraId="0E1F7823" w14:textId="77777777" w:rsidR="004438CE" w:rsidRPr="00790013" w:rsidRDefault="00000000">
      <w:pPr>
        <w:rPr>
          <w:lang w:val="da-DK"/>
        </w:rPr>
      </w:pPr>
      <w:r w:rsidRPr="00790013">
        <w:rPr>
          <w:lang w:val="da-DK"/>
        </w:rPr>
        <w:br w:type="page"/>
      </w:r>
    </w:p>
    <w:p w14:paraId="68507E5A" w14:textId="77777777" w:rsidR="004438CE" w:rsidRPr="00790013" w:rsidRDefault="00000000">
      <w:pPr>
        <w:pStyle w:val="Overskrift1"/>
        <w:rPr>
          <w:lang w:val="da-DK"/>
        </w:rPr>
      </w:pPr>
      <w:r w:rsidRPr="00790013">
        <w:rPr>
          <w:lang w:val="da-DK"/>
        </w:rPr>
        <w:lastRenderedPageBreak/>
        <w:t>1. Hvorfor vil jeg være iværksætter?</w:t>
      </w:r>
    </w:p>
    <w:p w14:paraId="730C1FE7" w14:textId="77777777" w:rsidR="004438CE" w:rsidRPr="00790013" w:rsidRDefault="00000000" w:rsidP="00790013">
      <w:pPr>
        <w:pStyle w:val="Overskrift2"/>
        <w:rPr>
          <w:lang w:val="da-DK"/>
        </w:rPr>
      </w:pPr>
      <w:r w:rsidRPr="00790013">
        <w:rPr>
          <w:lang w:val="da-DK"/>
        </w:rPr>
        <w:t>Hvad er mine vigtigste grunde til at starte virksomhed?</w:t>
      </w:r>
    </w:p>
    <w:p w14:paraId="60EA4878" w14:textId="77777777" w:rsidR="00790013" w:rsidRPr="00790013" w:rsidRDefault="00790013">
      <w:pPr>
        <w:rPr>
          <w:b/>
          <w:lang w:val="da-DK"/>
        </w:rPr>
      </w:pPr>
    </w:p>
    <w:p w14:paraId="50BE74D9" w14:textId="77777777" w:rsidR="00790013" w:rsidRPr="00790013" w:rsidRDefault="00790013">
      <w:pPr>
        <w:rPr>
          <w:b/>
          <w:lang w:val="da-DK"/>
        </w:rPr>
      </w:pPr>
    </w:p>
    <w:p w14:paraId="4507A38B" w14:textId="77777777" w:rsidR="00790013" w:rsidRPr="00790013" w:rsidRDefault="00790013">
      <w:pPr>
        <w:rPr>
          <w:b/>
          <w:lang w:val="da-DK"/>
        </w:rPr>
      </w:pPr>
    </w:p>
    <w:p w14:paraId="68A28FDF" w14:textId="77777777" w:rsidR="00790013" w:rsidRPr="00790013" w:rsidRDefault="00790013">
      <w:pPr>
        <w:rPr>
          <w:b/>
          <w:lang w:val="da-DK"/>
        </w:rPr>
      </w:pPr>
    </w:p>
    <w:p w14:paraId="36647417" w14:textId="5119DF91" w:rsidR="004438CE" w:rsidRPr="00790013" w:rsidRDefault="00000000" w:rsidP="00790013">
      <w:pPr>
        <w:pStyle w:val="Overskrift2"/>
        <w:rPr>
          <w:lang w:val="da-DK"/>
        </w:rPr>
      </w:pPr>
      <w:r w:rsidRPr="00790013">
        <w:rPr>
          <w:lang w:val="da-DK"/>
        </w:rPr>
        <w:t>Hvad håber jeg at få ud af det?</w:t>
      </w:r>
    </w:p>
    <w:p w14:paraId="36C7C6AB" w14:textId="77777777" w:rsidR="00790013" w:rsidRDefault="00790013">
      <w:pPr>
        <w:rPr>
          <w:b/>
          <w:lang w:val="da-DK"/>
        </w:rPr>
      </w:pPr>
    </w:p>
    <w:p w14:paraId="66724DD3" w14:textId="77777777" w:rsidR="00790013" w:rsidRDefault="00790013">
      <w:pPr>
        <w:rPr>
          <w:b/>
          <w:lang w:val="da-DK"/>
        </w:rPr>
      </w:pPr>
    </w:p>
    <w:p w14:paraId="5C1E8461" w14:textId="77777777" w:rsidR="00790013" w:rsidRDefault="00790013">
      <w:pPr>
        <w:rPr>
          <w:b/>
          <w:lang w:val="da-DK"/>
        </w:rPr>
      </w:pPr>
    </w:p>
    <w:p w14:paraId="6003DF0F" w14:textId="77777777" w:rsidR="00790013" w:rsidRDefault="00790013">
      <w:pPr>
        <w:rPr>
          <w:b/>
          <w:lang w:val="da-DK"/>
        </w:rPr>
      </w:pPr>
    </w:p>
    <w:p w14:paraId="5110455A" w14:textId="77777777" w:rsidR="00790013" w:rsidRDefault="00790013">
      <w:pPr>
        <w:rPr>
          <w:b/>
          <w:lang w:val="da-DK"/>
        </w:rPr>
      </w:pPr>
    </w:p>
    <w:p w14:paraId="1011243D" w14:textId="0F9137A4" w:rsidR="004438CE" w:rsidRPr="00790013" w:rsidRDefault="00000000" w:rsidP="00790013">
      <w:pPr>
        <w:pStyle w:val="Overskrift2"/>
        <w:rPr>
          <w:lang w:val="da-DK"/>
        </w:rPr>
      </w:pPr>
      <w:r w:rsidRPr="00790013">
        <w:rPr>
          <w:lang w:val="da-DK"/>
        </w:rPr>
        <w:t>Hvis jeg var økonomisk uafhængig, ville jeg så stadig starte denne virksomhed?</w:t>
      </w:r>
    </w:p>
    <w:p w14:paraId="7EE8F30D" w14:textId="77777777" w:rsidR="00790013" w:rsidRDefault="00790013">
      <w:pPr>
        <w:rPr>
          <w:b/>
          <w:lang w:val="da-DK"/>
        </w:rPr>
      </w:pPr>
    </w:p>
    <w:p w14:paraId="1595C250" w14:textId="77777777" w:rsidR="00790013" w:rsidRDefault="00790013">
      <w:pPr>
        <w:rPr>
          <w:b/>
          <w:lang w:val="da-DK"/>
        </w:rPr>
      </w:pPr>
    </w:p>
    <w:p w14:paraId="5E7E9C80" w14:textId="77777777" w:rsidR="00790013" w:rsidRDefault="00790013">
      <w:pPr>
        <w:rPr>
          <w:b/>
          <w:lang w:val="da-DK"/>
        </w:rPr>
      </w:pPr>
    </w:p>
    <w:p w14:paraId="48DCB89C" w14:textId="77777777" w:rsidR="00790013" w:rsidRDefault="00790013">
      <w:pPr>
        <w:rPr>
          <w:b/>
          <w:lang w:val="da-DK"/>
        </w:rPr>
      </w:pPr>
    </w:p>
    <w:p w14:paraId="484965ED" w14:textId="77777777" w:rsidR="00790013" w:rsidRDefault="00790013">
      <w:pPr>
        <w:rPr>
          <w:b/>
          <w:lang w:val="da-DK"/>
        </w:rPr>
      </w:pPr>
    </w:p>
    <w:p w14:paraId="18887E9C" w14:textId="56A30D7D" w:rsidR="004438CE" w:rsidRPr="00790013" w:rsidRDefault="00000000" w:rsidP="00790013">
      <w:pPr>
        <w:pStyle w:val="Overskrift2"/>
        <w:rPr>
          <w:lang w:val="da-DK"/>
        </w:rPr>
      </w:pPr>
      <w:r w:rsidRPr="00790013">
        <w:rPr>
          <w:lang w:val="da-DK"/>
        </w:rPr>
        <w:t>Hvad er jeg villig til at ofre?</w:t>
      </w:r>
    </w:p>
    <w:p w14:paraId="76D2F292" w14:textId="77777777" w:rsidR="00790013" w:rsidRDefault="00790013">
      <w:pPr>
        <w:rPr>
          <w:lang w:val="da-DK"/>
        </w:rPr>
      </w:pPr>
    </w:p>
    <w:p w14:paraId="3932C98D" w14:textId="77777777" w:rsidR="00790013" w:rsidRDefault="00790013">
      <w:pPr>
        <w:rPr>
          <w:lang w:val="da-DK"/>
        </w:rPr>
      </w:pPr>
    </w:p>
    <w:p w14:paraId="5F6CDD4D" w14:textId="77777777" w:rsidR="00790013" w:rsidRDefault="00790013">
      <w:pPr>
        <w:rPr>
          <w:lang w:val="da-DK"/>
        </w:rPr>
      </w:pPr>
    </w:p>
    <w:p w14:paraId="451982A9" w14:textId="77777777" w:rsidR="00790013" w:rsidRDefault="00790013">
      <w:pPr>
        <w:rPr>
          <w:lang w:val="da-DK"/>
        </w:rPr>
      </w:pPr>
    </w:p>
    <w:p w14:paraId="34A9513B" w14:textId="77777777" w:rsidR="00790013" w:rsidRDefault="00790013">
      <w:pPr>
        <w:rPr>
          <w:lang w:val="da-DK"/>
        </w:rPr>
      </w:pPr>
    </w:p>
    <w:p w14:paraId="45AB2020" w14:textId="7EB65A0B" w:rsidR="004438CE" w:rsidRPr="00790013" w:rsidRDefault="00000000">
      <w:pPr>
        <w:rPr>
          <w:lang w:val="da-DK"/>
        </w:rPr>
      </w:pPr>
      <w:r w:rsidRPr="00790013">
        <w:rPr>
          <w:lang w:val="da-DK"/>
        </w:rPr>
        <w:br w:type="page"/>
      </w:r>
    </w:p>
    <w:p w14:paraId="50FC3488" w14:textId="77777777" w:rsidR="004438CE" w:rsidRPr="00790013" w:rsidRDefault="00000000">
      <w:pPr>
        <w:pStyle w:val="Overskrift1"/>
        <w:rPr>
          <w:lang w:val="da-DK"/>
        </w:rPr>
      </w:pPr>
      <w:r w:rsidRPr="00790013">
        <w:rPr>
          <w:lang w:val="da-DK"/>
        </w:rPr>
        <w:lastRenderedPageBreak/>
        <w:t>2. Hvorfor lige denne virksomhed?</w:t>
      </w:r>
    </w:p>
    <w:p w14:paraId="76781521" w14:textId="77777777" w:rsidR="004438CE" w:rsidRPr="00790013" w:rsidRDefault="00000000" w:rsidP="00790013">
      <w:pPr>
        <w:pStyle w:val="Overskrift2"/>
        <w:rPr>
          <w:lang w:val="da-DK"/>
        </w:rPr>
      </w:pPr>
      <w:r w:rsidRPr="00790013">
        <w:rPr>
          <w:lang w:val="da-DK"/>
        </w:rPr>
        <w:t>Hvorfor har jeg valgt netop denne idé?</w:t>
      </w:r>
    </w:p>
    <w:p w14:paraId="6F168FFA" w14:textId="77777777" w:rsidR="00790013" w:rsidRDefault="00790013">
      <w:pPr>
        <w:rPr>
          <w:b/>
          <w:lang w:val="da-DK"/>
        </w:rPr>
      </w:pPr>
    </w:p>
    <w:p w14:paraId="09790F66" w14:textId="77777777" w:rsidR="00790013" w:rsidRDefault="00790013">
      <w:pPr>
        <w:rPr>
          <w:b/>
          <w:lang w:val="da-DK"/>
        </w:rPr>
      </w:pPr>
    </w:p>
    <w:p w14:paraId="1CD665F4" w14:textId="77777777" w:rsidR="00790013" w:rsidRDefault="00790013">
      <w:pPr>
        <w:rPr>
          <w:b/>
          <w:lang w:val="da-DK"/>
        </w:rPr>
      </w:pPr>
    </w:p>
    <w:p w14:paraId="1345F976" w14:textId="77777777" w:rsidR="00790013" w:rsidRDefault="00790013">
      <w:pPr>
        <w:rPr>
          <w:b/>
          <w:lang w:val="da-DK"/>
        </w:rPr>
      </w:pPr>
    </w:p>
    <w:p w14:paraId="0C9158D2" w14:textId="77777777" w:rsidR="00790013" w:rsidRDefault="00790013">
      <w:pPr>
        <w:rPr>
          <w:b/>
          <w:lang w:val="da-DK"/>
        </w:rPr>
      </w:pPr>
    </w:p>
    <w:p w14:paraId="0544D254" w14:textId="7E7FEC18" w:rsidR="004438CE" w:rsidRPr="00790013" w:rsidRDefault="00000000" w:rsidP="00790013">
      <w:pPr>
        <w:pStyle w:val="Overskrift2"/>
        <w:rPr>
          <w:lang w:val="da-DK"/>
        </w:rPr>
      </w:pPr>
      <w:r w:rsidRPr="00790013">
        <w:rPr>
          <w:lang w:val="da-DK"/>
        </w:rPr>
        <w:t>Hvilke erfaringer eller kompetencer bringer jeg med mig?</w:t>
      </w:r>
    </w:p>
    <w:p w14:paraId="5E06D85B" w14:textId="77777777" w:rsidR="00790013" w:rsidRDefault="00790013">
      <w:pPr>
        <w:rPr>
          <w:b/>
          <w:lang w:val="da-DK"/>
        </w:rPr>
      </w:pPr>
    </w:p>
    <w:p w14:paraId="6B9DA6C2" w14:textId="77777777" w:rsidR="00790013" w:rsidRDefault="00790013">
      <w:pPr>
        <w:rPr>
          <w:b/>
          <w:lang w:val="da-DK"/>
        </w:rPr>
      </w:pPr>
    </w:p>
    <w:p w14:paraId="723D5E4E" w14:textId="77777777" w:rsidR="00790013" w:rsidRDefault="00790013">
      <w:pPr>
        <w:rPr>
          <w:b/>
          <w:lang w:val="da-DK"/>
        </w:rPr>
      </w:pPr>
    </w:p>
    <w:p w14:paraId="3B591126" w14:textId="77777777" w:rsidR="00790013" w:rsidRDefault="00790013">
      <w:pPr>
        <w:rPr>
          <w:b/>
          <w:lang w:val="da-DK"/>
        </w:rPr>
      </w:pPr>
    </w:p>
    <w:p w14:paraId="38E5DBCC" w14:textId="77777777" w:rsidR="00790013" w:rsidRDefault="00790013">
      <w:pPr>
        <w:rPr>
          <w:b/>
          <w:lang w:val="da-DK"/>
        </w:rPr>
      </w:pPr>
    </w:p>
    <w:p w14:paraId="2B6491B4" w14:textId="62F3AAA1" w:rsidR="004438CE" w:rsidRPr="00790013" w:rsidRDefault="00000000" w:rsidP="00790013">
      <w:pPr>
        <w:pStyle w:val="Overskrift2"/>
        <w:rPr>
          <w:lang w:val="da-DK"/>
        </w:rPr>
      </w:pPr>
      <w:r w:rsidRPr="00790013">
        <w:rPr>
          <w:lang w:val="da-DK"/>
        </w:rPr>
        <w:t>Hvilke andre muligheder har jeg overvejet?</w:t>
      </w:r>
    </w:p>
    <w:p w14:paraId="307128E8" w14:textId="77777777" w:rsidR="00790013" w:rsidRDefault="00790013">
      <w:pPr>
        <w:rPr>
          <w:b/>
          <w:lang w:val="da-DK"/>
        </w:rPr>
      </w:pPr>
    </w:p>
    <w:p w14:paraId="3690C84C" w14:textId="77777777" w:rsidR="00790013" w:rsidRDefault="00790013">
      <w:pPr>
        <w:rPr>
          <w:b/>
          <w:lang w:val="da-DK"/>
        </w:rPr>
      </w:pPr>
    </w:p>
    <w:p w14:paraId="7C809EC7" w14:textId="77777777" w:rsidR="00790013" w:rsidRDefault="00790013">
      <w:pPr>
        <w:rPr>
          <w:b/>
          <w:lang w:val="da-DK"/>
        </w:rPr>
      </w:pPr>
    </w:p>
    <w:p w14:paraId="6B963C3A" w14:textId="77777777" w:rsidR="00790013" w:rsidRDefault="00790013">
      <w:pPr>
        <w:rPr>
          <w:b/>
          <w:lang w:val="da-DK"/>
        </w:rPr>
      </w:pPr>
    </w:p>
    <w:p w14:paraId="5026C7B2" w14:textId="77777777" w:rsidR="00790013" w:rsidRDefault="00790013">
      <w:pPr>
        <w:rPr>
          <w:b/>
          <w:lang w:val="da-DK"/>
        </w:rPr>
      </w:pPr>
    </w:p>
    <w:p w14:paraId="55EFDF6C" w14:textId="7AC7D3E6" w:rsidR="004438CE" w:rsidRPr="00790013" w:rsidRDefault="00000000" w:rsidP="00790013">
      <w:pPr>
        <w:pStyle w:val="Overskrift2"/>
        <w:rPr>
          <w:lang w:val="da-DK"/>
        </w:rPr>
      </w:pPr>
      <w:r w:rsidRPr="00790013">
        <w:rPr>
          <w:lang w:val="da-DK"/>
        </w:rPr>
        <w:t>Er dette den bedste virksomhed for mig – eller blot den første idé jeg fik?</w:t>
      </w:r>
    </w:p>
    <w:p w14:paraId="14BEF803" w14:textId="77777777" w:rsidR="004438CE" w:rsidRPr="00790013" w:rsidRDefault="00000000">
      <w:pPr>
        <w:rPr>
          <w:lang w:val="da-DK"/>
        </w:rPr>
      </w:pPr>
      <w:r w:rsidRPr="00790013">
        <w:rPr>
          <w:lang w:val="da-DK"/>
        </w:rPr>
        <w:br w:type="page"/>
      </w:r>
    </w:p>
    <w:p w14:paraId="7D3D4CB9" w14:textId="77777777" w:rsidR="004438CE" w:rsidRPr="00790013" w:rsidRDefault="00000000">
      <w:pPr>
        <w:pStyle w:val="Overskrift1"/>
        <w:rPr>
          <w:lang w:val="da-DK"/>
        </w:rPr>
      </w:pPr>
      <w:r w:rsidRPr="00790013">
        <w:rPr>
          <w:lang w:val="da-DK"/>
        </w:rPr>
        <w:lastRenderedPageBreak/>
        <w:t>3. Tag baglandet med på rejsen</w:t>
      </w:r>
    </w:p>
    <w:p w14:paraId="33B559E8" w14:textId="77777777" w:rsidR="004438CE" w:rsidRPr="00790013" w:rsidRDefault="00000000" w:rsidP="00790013">
      <w:pPr>
        <w:pStyle w:val="Overskrift2"/>
        <w:rPr>
          <w:lang w:val="da-DK"/>
        </w:rPr>
      </w:pPr>
      <w:r w:rsidRPr="00790013">
        <w:rPr>
          <w:lang w:val="da-DK"/>
        </w:rPr>
        <w:t>Hvem bliver påvirket af min beslutning?</w:t>
      </w:r>
    </w:p>
    <w:p w14:paraId="5460F588" w14:textId="77777777" w:rsidR="00790013" w:rsidRDefault="00790013">
      <w:pPr>
        <w:rPr>
          <w:b/>
          <w:lang w:val="da-DK"/>
        </w:rPr>
      </w:pPr>
    </w:p>
    <w:p w14:paraId="07DA4CCF" w14:textId="77777777" w:rsidR="00790013" w:rsidRDefault="00790013">
      <w:pPr>
        <w:rPr>
          <w:b/>
          <w:lang w:val="da-DK"/>
        </w:rPr>
      </w:pPr>
    </w:p>
    <w:p w14:paraId="7F9265C0" w14:textId="77777777" w:rsidR="00790013" w:rsidRDefault="00790013">
      <w:pPr>
        <w:rPr>
          <w:b/>
          <w:lang w:val="da-DK"/>
        </w:rPr>
      </w:pPr>
    </w:p>
    <w:p w14:paraId="443E35E9" w14:textId="77777777" w:rsidR="00790013" w:rsidRDefault="00790013">
      <w:pPr>
        <w:rPr>
          <w:b/>
          <w:lang w:val="da-DK"/>
        </w:rPr>
      </w:pPr>
    </w:p>
    <w:p w14:paraId="1F1FDC82" w14:textId="77777777" w:rsidR="00790013" w:rsidRDefault="00790013">
      <w:pPr>
        <w:rPr>
          <w:b/>
          <w:lang w:val="da-DK"/>
        </w:rPr>
      </w:pPr>
    </w:p>
    <w:p w14:paraId="28B92DC4" w14:textId="21A702B7" w:rsidR="004438CE" w:rsidRPr="00790013" w:rsidRDefault="00000000" w:rsidP="00790013">
      <w:pPr>
        <w:pStyle w:val="Overskrift2"/>
        <w:rPr>
          <w:lang w:val="da-DK"/>
        </w:rPr>
      </w:pPr>
      <w:r w:rsidRPr="00790013">
        <w:rPr>
          <w:lang w:val="da-DK"/>
        </w:rPr>
        <w:t>Har jeg talt åbent med dem om mine planer?</w:t>
      </w:r>
    </w:p>
    <w:p w14:paraId="55E59F85" w14:textId="77777777" w:rsidR="00790013" w:rsidRDefault="00790013">
      <w:pPr>
        <w:rPr>
          <w:b/>
          <w:lang w:val="da-DK"/>
        </w:rPr>
      </w:pPr>
    </w:p>
    <w:p w14:paraId="6C836D43" w14:textId="77777777" w:rsidR="00790013" w:rsidRDefault="00790013">
      <w:pPr>
        <w:rPr>
          <w:b/>
          <w:lang w:val="da-DK"/>
        </w:rPr>
      </w:pPr>
    </w:p>
    <w:p w14:paraId="6810E66C" w14:textId="77777777" w:rsidR="00790013" w:rsidRDefault="00790013">
      <w:pPr>
        <w:rPr>
          <w:b/>
          <w:lang w:val="da-DK"/>
        </w:rPr>
      </w:pPr>
    </w:p>
    <w:p w14:paraId="0E7D14A3" w14:textId="77777777" w:rsidR="00790013" w:rsidRDefault="00790013">
      <w:pPr>
        <w:rPr>
          <w:b/>
          <w:lang w:val="da-DK"/>
        </w:rPr>
      </w:pPr>
    </w:p>
    <w:p w14:paraId="1DE3F168" w14:textId="77777777" w:rsidR="00790013" w:rsidRDefault="00790013">
      <w:pPr>
        <w:rPr>
          <w:b/>
          <w:lang w:val="da-DK"/>
        </w:rPr>
      </w:pPr>
    </w:p>
    <w:p w14:paraId="5479CCD0" w14:textId="6F8D618B" w:rsidR="004438CE" w:rsidRPr="00790013" w:rsidRDefault="00000000" w:rsidP="00790013">
      <w:pPr>
        <w:pStyle w:val="Overskrift2"/>
        <w:rPr>
          <w:lang w:val="da-DK"/>
        </w:rPr>
      </w:pPr>
      <w:r w:rsidRPr="00790013">
        <w:rPr>
          <w:lang w:val="da-DK"/>
        </w:rPr>
        <w:t>Hvilke bekymringer har de?</w:t>
      </w:r>
    </w:p>
    <w:p w14:paraId="39F8528B" w14:textId="77777777" w:rsidR="00790013" w:rsidRDefault="00790013">
      <w:pPr>
        <w:rPr>
          <w:b/>
          <w:lang w:val="da-DK"/>
        </w:rPr>
      </w:pPr>
    </w:p>
    <w:p w14:paraId="79BB2ECB" w14:textId="77777777" w:rsidR="00790013" w:rsidRDefault="00790013">
      <w:pPr>
        <w:rPr>
          <w:b/>
          <w:lang w:val="da-DK"/>
        </w:rPr>
      </w:pPr>
    </w:p>
    <w:p w14:paraId="0389B03C" w14:textId="77777777" w:rsidR="00790013" w:rsidRDefault="00790013">
      <w:pPr>
        <w:rPr>
          <w:b/>
          <w:lang w:val="da-DK"/>
        </w:rPr>
      </w:pPr>
    </w:p>
    <w:p w14:paraId="67837506" w14:textId="77777777" w:rsidR="00790013" w:rsidRDefault="00790013">
      <w:pPr>
        <w:rPr>
          <w:b/>
          <w:lang w:val="da-DK"/>
        </w:rPr>
      </w:pPr>
    </w:p>
    <w:p w14:paraId="1A7173FB" w14:textId="77777777" w:rsidR="00790013" w:rsidRDefault="00790013">
      <w:pPr>
        <w:rPr>
          <w:b/>
          <w:lang w:val="da-DK"/>
        </w:rPr>
      </w:pPr>
    </w:p>
    <w:p w14:paraId="1F65798E" w14:textId="392D5061" w:rsidR="004438CE" w:rsidRPr="00790013" w:rsidRDefault="00000000" w:rsidP="00790013">
      <w:pPr>
        <w:pStyle w:val="Overskrift2"/>
        <w:rPr>
          <w:lang w:val="da-DK"/>
        </w:rPr>
      </w:pPr>
      <w:r w:rsidRPr="00790013">
        <w:rPr>
          <w:lang w:val="da-DK"/>
        </w:rPr>
        <w:t>Hvordan vil vi håndtere de belastninger der kan opstå?</w:t>
      </w:r>
    </w:p>
    <w:p w14:paraId="4616A244" w14:textId="77777777" w:rsidR="00790013" w:rsidRDefault="00790013">
      <w:pPr>
        <w:rPr>
          <w:lang w:val="da-DK"/>
        </w:rPr>
      </w:pPr>
    </w:p>
    <w:p w14:paraId="784A6673" w14:textId="77777777" w:rsidR="00790013" w:rsidRDefault="00790013">
      <w:pPr>
        <w:rPr>
          <w:lang w:val="da-DK"/>
        </w:rPr>
      </w:pPr>
    </w:p>
    <w:p w14:paraId="6CC766FF" w14:textId="77777777" w:rsidR="00790013" w:rsidRDefault="00790013">
      <w:pPr>
        <w:rPr>
          <w:lang w:val="da-DK"/>
        </w:rPr>
      </w:pPr>
    </w:p>
    <w:p w14:paraId="4C5E83AB" w14:textId="77777777" w:rsidR="00790013" w:rsidRDefault="00790013">
      <w:pPr>
        <w:rPr>
          <w:lang w:val="da-DK"/>
        </w:rPr>
      </w:pPr>
    </w:p>
    <w:p w14:paraId="2AB6C064" w14:textId="77777777" w:rsidR="00790013" w:rsidRDefault="00790013">
      <w:pPr>
        <w:rPr>
          <w:lang w:val="da-DK"/>
        </w:rPr>
      </w:pPr>
    </w:p>
    <w:p w14:paraId="7DE87A4A" w14:textId="60EE22B7" w:rsidR="004438CE" w:rsidRPr="00790013" w:rsidRDefault="00000000">
      <w:pPr>
        <w:rPr>
          <w:lang w:val="da-DK"/>
        </w:rPr>
      </w:pPr>
      <w:r w:rsidRPr="00790013">
        <w:rPr>
          <w:lang w:val="da-DK"/>
        </w:rPr>
        <w:br w:type="page"/>
      </w:r>
    </w:p>
    <w:p w14:paraId="5AA85B99" w14:textId="77777777" w:rsidR="004438CE" w:rsidRPr="00790013" w:rsidRDefault="00000000">
      <w:pPr>
        <w:pStyle w:val="Overskrift1"/>
        <w:rPr>
          <w:lang w:val="da-DK"/>
        </w:rPr>
      </w:pPr>
      <w:r w:rsidRPr="00790013">
        <w:rPr>
          <w:lang w:val="da-DK"/>
        </w:rPr>
        <w:lastRenderedPageBreak/>
        <w:t>4. Kender jeg mine begrænsninger?</w:t>
      </w:r>
    </w:p>
    <w:p w14:paraId="07CEDA05" w14:textId="77777777" w:rsidR="004438CE" w:rsidRPr="00790013" w:rsidRDefault="00000000" w:rsidP="00790013">
      <w:pPr>
        <w:pStyle w:val="Overskrift2"/>
        <w:rPr>
          <w:lang w:val="da-DK"/>
        </w:rPr>
      </w:pPr>
      <w:r w:rsidRPr="00790013">
        <w:rPr>
          <w:lang w:val="da-DK"/>
        </w:rPr>
        <w:t>Hvad er jeg god til?</w:t>
      </w:r>
    </w:p>
    <w:p w14:paraId="6C2F09B8" w14:textId="77777777" w:rsidR="00790013" w:rsidRDefault="00790013">
      <w:pPr>
        <w:rPr>
          <w:b/>
          <w:lang w:val="da-DK"/>
        </w:rPr>
      </w:pPr>
    </w:p>
    <w:p w14:paraId="5B34DAEA" w14:textId="77777777" w:rsidR="00790013" w:rsidRDefault="00790013">
      <w:pPr>
        <w:rPr>
          <w:b/>
          <w:lang w:val="da-DK"/>
        </w:rPr>
      </w:pPr>
    </w:p>
    <w:p w14:paraId="627D0313" w14:textId="77777777" w:rsidR="00790013" w:rsidRDefault="00790013">
      <w:pPr>
        <w:rPr>
          <w:b/>
          <w:lang w:val="da-DK"/>
        </w:rPr>
      </w:pPr>
    </w:p>
    <w:p w14:paraId="25BD751D" w14:textId="77777777" w:rsidR="00790013" w:rsidRDefault="00790013">
      <w:pPr>
        <w:rPr>
          <w:b/>
          <w:lang w:val="da-DK"/>
        </w:rPr>
      </w:pPr>
    </w:p>
    <w:p w14:paraId="460B6809" w14:textId="77777777" w:rsidR="00790013" w:rsidRDefault="00790013">
      <w:pPr>
        <w:rPr>
          <w:b/>
          <w:lang w:val="da-DK"/>
        </w:rPr>
      </w:pPr>
    </w:p>
    <w:p w14:paraId="5549EE77" w14:textId="70429999" w:rsidR="004438CE" w:rsidRPr="00790013" w:rsidRDefault="00000000" w:rsidP="00790013">
      <w:pPr>
        <w:pStyle w:val="Overskrift2"/>
        <w:rPr>
          <w:lang w:val="da-DK"/>
        </w:rPr>
      </w:pPr>
      <w:r w:rsidRPr="00790013">
        <w:rPr>
          <w:lang w:val="da-DK"/>
        </w:rPr>
        <w:t>Hvad er jeg mindre god til?</w:t>
      </w:r>
    </w:p>
    <w:p w14:paraId="0D31F6BA" w14:textId="77777777" w:rsidR="00790013" w:rsidRDefault="00790013">
      <w:pPr>
        <w:rPr>
          <w:b/>
          <w:lang w:val="da-DK"/>
        </w:rPr>
      </w:pPr>
    </w:p>
    <w:p w14:paraId="48AC9D10" w14:textId="77777777" w:rsidR="00790013" w:rsidRDefault="00790013">
      <w:pPr>
        <w:rPr>
          <w:b/>
          <w:lang w:val="da-DK"/>
        </w:rPr>
      </w:pPr>
    </w:p>
    <w:p w14:paraId="57B326BB" w14:textId="77777777" w:rsidR="00790013" w:rsidRDefault="00790013">
      <w:pPr>
        <w:rPr>
          <w:b/>
          <w:lang w:val="da-DK"/>
        </w:rPr>
      </w:pPr>
    </w:p>
    <w:p w14:paraId="06F62703" w14:textId="77777777" w:rsidR="00790013" w:rsidRDefault="00790013">
      <w:pPr>
        <w:rPr>
          <w:b/>
          <w:lang w:val="da-DK"/>
        </w:rPr>
      </w:pPr>
    </w:p>
    <w:p w14:paraId="303D9B16" w14:textId="77777777" w:rsidR="00790013" w:rsidRDefault="00790013">
      <w:pPr>
        <w:rPr>
          <w:b/>
          <w:lang w:val="da-DK"/>
        </w:rPr>
      </w:pPr>
    </w:p>
    <w:p w14:paraId="6AAF068A" w14:textId="2C43631A" w:rsidR="004438CE" w:rsidRPr="00790013" w:rsidRDefault="00000000" w:rsidP="00790013">
      <w:pPr>
        <w:pStyle w:val="Overskrift2"/>
        <w:rPr>
          <w:lang w:val="da-DK"/>
        </w:rPr>
      </w:pPr>
      <w:r w:rsidRPr="00790013">
        <w:rPr>
          <w:lang w:val="da-DK"/>
        </w:rPr>
        <w:t>Hvor får jeg brug for hjælp?</w:t>
      </w:r>
    </w:p>
    <w:p w14:paraId="557B6AE1" w14:textId="77777777" w:rsidR="00790013" w:rsidRDefault="00790013">
      <w:pPr>
        <w:rPr>
          <w:b/>
          <w:lang w:val="da-DK"/>
        </w:rPr>
      </w:pPr>
    </w:p>
    <w:p w14:paraId="369C1C5A" w14:textId="77777777" w:rsidR="00790013" w:rsidRDefault="00790013">
      <w:pPr>
        <w:rPr>
          <w:b/>
          <w:lang w:val="da-DK"/>
        </w:rPr>
      </w:pPr>
    </w:p>
    <w:p w14:paraId="5F75AD4E" w14:textId="77777777" w:rsidR="00790013" w:rsidRDefault="00790013">
      <w:pPr>
        <w:rPr>
          <w:b/>
          <w:lang w:val="da-DK"/>
        </w:rPr>
      </w:pPr>
    </w:p>
    <w:p w14:paraId="014F27BA" w14:textId="77777777" w:rsidR="00790013" w:rsidRDefault="00790013">
      <w:pPr>
        <w:rPr>
          <w:b/>
          <w:lang w:val="da-DK"/>
        </w:rPr>
      </w:pPr>
    </w:p>
    <w:p w14:paraId="0E83248E" w14:textId="77777777" w:rsidR="00790013" w:rsidRDefault="00790013">
      <w:pPr>
        <w:rPr>
          <w:b/>
          <w:lang w:val="da-DK"/>
        </w:rPr>
      </w:pPr>
    </w:p>
    <w:p w14:paraId="0C09B069" w14:textId="54B3BDBF" w:rsidR="004438CE" w:rsidRPr="00790013" w:rsidRDefault="00000000" w:rsidP="00790013">
      <w:pPr>
        <w:pStyle w:val="Overskrift2"/>
        <w:rPr>
          <w:lang w:val="da-DK"/>
        </w:rPr>
      </w:pPr>
      <w:r w:rsidRPr="00790013">
        <w:rPr>
          <w:lang w:val="da-DK"/>
        </w:rPr>
        <w:t>Hvem kan hjælpe mig?</w:t>
      </w:r>
    </w:p>
    <w:p w14:paraId="1293DD3D" w14:textId="77777777" w:rsidR="00790013" w:rsidRDefault="00790013">
      <w:pPr>
        <w:rPr>
          <w:lang w:val="da-DK"/>
        </w:rPr>
      </w:pPr>
    </w:p>
    <w:p w14:paraId="567E9983" w14:textId="77777777" w:rsidR="00790013" w:rsidRDefault="00790013">
      <w:pPr>
        <w:rPr>
          <w:lang w:val="da-DK"/>
        </w:rPr>
      </w:pPr>
    </w:p>
    <w:p w14:paraId="4F33C162" w14:textId="77777777" w:rsidR="00790013" w:rsidRDefault="00790013">
      <w:pPr>
        <w:rPr>
          <w:lang w:val="da-DK"/>
        </w:rPr>
      </w:pPr>
    </w:p>
    <w:p w14:paraId="6F2C67DE" w14:textId="77777777" w:rsidR="00790013" w:rsidRDefault="00790013">
      <w:pPr>
        <w:rPr>
          <w:lang w:val="da-DK"/>
        </w:rPr>
      </w:pPr>
    </w:p>
    <w:p w14:paraId="3FEE5E8E" w14:textId="77777777" w:rsidR="00790013" w:rsidRDefault="00790013">
      <w:pPr>
        <w:rPr>
          <w:lang w:val="da-DK"/>
        </w:rPr>
      </w:pPr>
    </w:p>
    <w:p w14:paraId="667E8445" w14:textId="159994CE" w:rsidR="004438CE" w:rsidRPr="00790013" w:rsidRDefault="00000000">
      <w:pPr>
        <w:rPr>
          <w:lang w:val="da-DK"/>
        </w:rPr>
      </w:pPr>
      <w:r w:rsidRPr="00790013">
        <w:rPr>
          <w:lang w:val="da-DK"/>
        </w:rPr>
        <w:br w:type="page"/>
      </w:r>
    </w:p>
    <w:p w14:paraId="1EA527AE" w14:textId="77777777" w:rsidR="004438CE" w:rsidRPr="00790013" w:rsidRDefault="00000000">
      <w:pPr>
        <w:pStyle w:val="Overskrift1"/>
        <w:rPr>
          <w:lang w:val="da-DK"/>
        </w:rPr>
      </w:pPr>
      <w:r w:rsidRPr="00790013">
        <w:rPr>
          <w:lang w:val="da-DK"/>
        </w:rPr>
        <w:lastRenderedPageBreak/>
        <w:t>5. Virksomheden</w:t>
      </w:r>
    </w:p>
    <w:p w14:paraId="40F0052B" w14:textId="77777777" w:rsidR="004438CE" w:rsidRPr="00790013" w:rsidRDefault="00000000" w:rsidP="00790013">
      <w:pPr>
        <w:pStyle w:val="Overskrift2"/>
        <w:rPr>
          <w:lang w:val="da-DK"/>
        </w:rPr>
      </w:pPr>
      <w:r w:rsidRPr="00790013">
        <w:rPr>
          <w:lang w:val="da-DK"/>
        </w:rPr>
        <w:t>Hvad skal virksomheden lave?</w:t>
      </w:r>
    </w:p>
    <w:p w14:paraId="06A28C85" w14:textId="77777777" w:rsidR="00790013" w:rsidRDefault="00790013">
      <w:pPr>
        <w:rPr>
          <w:b/>
          <w:lang w:val="da-DK"/>
        </w:rPr>
      </w:pPr>
    </w:p>
    <w:p w14:paraId="78214F57" w14:textId="77777777" w:rsidR="00790013" w:rsidRDefault="00790013">
      <w:pPr>
        <w:rPr>
          <w:b/>
          <w:lang w:val="da-DK"/>
        </w:rPr>
      </w:pPr>
    </w:p>
    <w:p w14:paraId="27FEAA93" w14:textId="77777777" w:rsidR="00790013" w:rsidRDefault="00790013">
      <w:pPr>
        <w:rPr>
          <w:b/>
          <w:lang w:val="da-DK"/>
        </w:rPr>
      </w:pPr>
    </w:p>
    <w:p w14:paraId="646C7564" w14:textId="77777777" w:rsidR="00790013" w:rsidRDefault="00790013">
      <w:pPr>
        <w:rPr>
          <w:b/>
          <w:lang w:val="da-DK"/>
        </w:rPr>
      </w:pPr>
    </w:p>
    <w:p w14:paraId="512E683C" w14:textId="77777777" w:rsidR="00790013" w:rsidRDefault="00790013">
      <w:pPr>
        <w:rPr>
          <w:b/>
          <w:lang w:val="da-DK"/>
        </w:rPr>
      </w:pPr>
    </w:p>
    <w:p w14:paraId="7D1FF0D9" w14:textId="2FE0767D" w:rsidR="004438CE" w:rsidRPr="00790013" w:rsidRDefault="00000000" w:rsidP="00790013">
      <w:pPr>
        <w:pStyle w:val="Overskrift2"/>
        <w:rPr>
          <w:lang w:val="da-DK"/>
        </w:rPr>
      </w:pPr>
      <w:r w:rsidRPr="00790013">
        <w:rPr>
          <w:lang w:val="da-DK"/>
        </w:rPr>
        <w:t>Hvad skal virksomheden ikke lave?</w:t>
      </w:r>
    </w:p>
    <w:p w14:paraId="48B47C32" w14:textId="77777777" w:rsidR="00790013" w:rsidRDefault="00790013">
      <w:pPr>
        <w:rPr>
          <w:b/>
          <w:lang w:val="da-DK"/>
        </w:rPr>
      </w:pPr>
    </w:p>
    <w:p w14:paraId="51437AB4" w14:textId="77777777" w:rsidR="00790013" w:rsidRDefault="00790013">
      <w:pPr>
        <w:rPr>
          <w:b/>
          <w:lang w:val="da-DK"/>
        </w:rPr>
      </w:pPr>
    </w:p>
    <w:p w14:paraId="0A55F2CB" w14:textId="77777777" w:rsidR="00790013" w:rsidRDefault="00790013">
      <w:pPr>
        <w:rPr>
          <w:b/>
          <w:lang w:val="da-DK"/>
        </w:rPr>
      </w:pPr>
    </w:p>
    <w:p w14:paraId="01674B66" w14:textId="77777777" w:rsidR="00790013" w:rsidRDefault="00790013">
      <w:pPr>
        <w:rPr>
          <w:b/>
          <w:lang w:val="da-DK"/>
        </w:rPr>
      </w:pPr>
    </w:p>
    <w:p w14:paraId="6B9A342F" w14:textId="77777777" w:rsidR="00790013" w:rsidRDefault="00790013">
      <w:pPr>
        <w:rPr>
          <w:b/>
          <w:lang w:val="da-DK"/>
        </w:rPr>
      </w:pPr>
    </w:p>
    <w:p w14:paraId="75872D3A" w14:textId="72C4310A" w:rsidR="004438CE" w:rsidRPr="00790013" w:rsidRDefault="00000000" w:rsidP="00790013">
      <w:pPr>
        <w:pStyle w:val="Overskrift2"/>
        <w:rPr>
          <w:lang w:val="da-DK"/>
        </w:rPr>
      </w:pPr>
      <w:r w:rsidRPr="00790013">
        <w:rPr>
          <w:lang w:val="da-DK"/>
        </w:rPr>
        <w:t>Hvordan ser virksomheden ud om 1 år?</w:t>
      </w:r>
    </w:p>
    <w:p w14:paraId="079B7508" w14:textId="77777777" w:rsidR="00790013" w:rsidRDefault="00790013">
      <w:pPr>
        <w:rPr>
          <w:b/>
          <w:lang w:val="da-DK"/>
        </w:rPr>
      </w:pPr>
    </w:p>
    <w:p w14:paraId="09710421" w14:textId="77777777" w:rsidR="00790013" w:rsidRDefault="00790013">
      <w:pPr>
        <w:rPr>
          <w:b/>
          <w:lang w:val="da-DK"/>
        </w:rPr>
      </w:pPr>
    </w:p>
    <w:p w14:paraId="65FD6D28" w14:textId="77777777" w:rsidR="00790013" w:rsidRDefault="00790013">
      <w:pPr>
        <w:rPr>
          <w:b/>
          <w:lang w:val="da-DK"/>
        </w:rPr>
      </w:pPr>
    </w:p>
    <w:p w14:paraId="41BB6A0A" w14:textId="77777777" w:rsidR="00790013" w:rsidRDefault="00790013">
      <w:pPr>
        <w:rPr>
          <w:b/>
          <w:lang w:val="da-DK"/>
        </w:rPr>
      </w:pPr>
    </w:p>
    <w:p w14:paraId="20EAB782" w14:textId="77777777" w:rsidR="00790013" w:rsidRDefault="00790013">
      <w:pPr>
        <w:rPr>
          <w:b/>
          <w:lang w:val="da-DK"/>
        </w:rPr>
      </w:pPr>
    </w:p>
    <w:p w14:paraId="0A63D060" w14:textId="4DDFE1EA" w:rsidR="004438CE" w:rsidRPr="00790013" w:rsidRDefault="00000000" w:rsidP="00790013">
      <w:pPr>
        <w:pStyle w:val="Overskrift2"/>
        <w:rPr>
          <w:lang w:val="da-DK"/>
        </w:rPr>
      </w:pPr>
      <w:r w:rsidRPr="00790013">
        <w:rPr>
          <w:lang w:val="da-DK"/>
        </w:rPr>
        <w:t>Hvordan ser virksomheden ud om 5 år?</w:t>
      </w:r>
    </w:p>
    <w:p w14:paraId="6B60FE66" w14:textId="77777777" w:rsidR="00790013" w:rsidRDefault="00790013">
      <w:pPr>
        <w:rPr>
          <w:lang w:val="da-DK"/>
        </w:rPr>
      </w:pPr>
    </w:p>
    <w:p w14:paraId="125F7A0E" w14:textId="77777777" w:rsidR="00790013" w:rsidRDefault="00790013">
      <w:pPr>
        <w:rPr>
          <w:lang w:val="da-DK"/>
        </w:rPr>
      </w:pPr>
    </w:p>
    <w:p w14:paraId="15121D9D" w14:textId="77777777" w:rsidR="00790013" w:rsidRDefault="00790013">
      <w:pPr>
        <w:rPr>
          <w:lang w:val="da-DK"/>
        </w:rPr>
      </w:pPr>
    </w:p>
    <w:p w14:paraId="6997DB72" w14:textId="77777777" w:rsidR="00790013" w:rsidRDefault="00790013">
      <w:pPr>
        <w:rPr>
          <w:lang w:val="da-DK"/>
        </w:rPr>
      </w:pPr>
    </w:p>
    <w:p w14:paraId="50EFCE8F" w14:textId="77777777" w:rsidR="00790013" w:rsidRDefault="00790013">
      <w:pPr>
        <w:rPr>
          <w:lang w:val="da-DK"/>
        </w:rPr>
      </w:pPr>
    </w:p>
    <w:p w14:paraId="0C485C55" w14:textId="01CA8227" w:rsidR="004438CE" w:rsidRPr="00790013" w:rsidRDefault="00000000">
      <w:pPr>
        <w:rPr>
          <w:lang w:val="da-DK"/>
        </w:rPr>
      </w:pPr>
      <w:r w:rsidRPr="00790013">
        <w:rPr>
          <w:lang w:val="da-DK"/>
        </w:rPr>
        <w:br w:type="page"/>
      </w:r>
    </w:p>
    <w:p w14:paraId="4F0AF24F" w14:textId="77777777" w:rsidR="004438CE" w:rsidRPr="00790013" w:rsidRDefault="00000000">
      <w:pPr>
        <w:pStyle w:val="Overskrift1"/>
        <w:rPr>
          <w:lang w:val="da-DK"/>
        </w:rPr>
      </w:pPr>
      <w:r w:rsidRPr="00790013">
        <w:rPr>
          <w:lang w:val="da-DK"/>
        </w:rPr>
        <w:lastRenderedPageBreak/>
        <w:t>6. Produkt og kunder</w:t>
      </w:r>
    </w:p>
    <w:p w14:paraId="71FE9AD6" w14:textId="77777777" w:rsidR="004438CE" w:rsidRPr="00790013" w:rsidRDefault="00000000" w:rsidP="00790013">
      <w:pPr>
        <w:pStyle w:val="Overskrift2"/>
        <w:rPr>
          <w:lang w:val="da-DK"/>
        </w:rPr>
      </w:pPr>
      <w:r w:rsidRPr="00790013">
        <w:rPr>
          <w:lang w:val="da-DK"/>
        </w:rPr>
        <w:t>Hvilket problem løser jeg?</w:t>
      </w:r>
    </w:p>
    <w:p w14:paraId="1C28845A" w14:textId="77777777" w:rsidR="00790013" w:rsidRDefault="00790013">
      <w:pPr>
        <w:rPr>
          <w:b/>
          <w:lang w:val="da-DK"/>
        </w:rPr>
      </w:pPr>
    </w:p>
    <w:p w14:paraId="5A0885FD" w14:textId="77777777" w:rsidR="00790013" w:rsidRDefault="00790013">
      <w:pPr>
        <w:rPr>
          <w:b/>
          <w:lang w:val="da-DK"/>
        </w:rPr>
      </w:pPr>
    </w:p>
    <w:p w14:paraId="3B0355F2" w14:textId="77777777" w:rsidR="00790013" w:rsidRDefault="00790013">
      <w:pPr>
        <w:rPr>
          <w:b/>
          <w:lang w:val="da-DK"/>
        </w:rPr>
      </w:pPr>
    </w:p>
    <w:p w14:paraId="50C2246B" w14:textId="7B45ACCE" w:rsidR="004438CE" w:rsidRPr="00790013" w:rsidRDefault="00000000" w:rsidP="00790013">
      <w:pPr>
        <w:pStyle w:val="Overskrift2"/>
        <w:rPr>
          <w:lang w:val="da-DK"/>
        </w:rPr>
      </w:pPr>
      <w:r w:rsidRPr="00790013">
        <w:rPr>
          <w:lang w:val="da-DK"/>
        </w:rPr>
        <w:t>Hvem er mine kunder?</w:t>
      </w:r>
    </w:p>
    <w:p w14:paraId="79722907" w14:textId="77777777" w:rsidR="00790013" w:rsidRDefault="00790013">
      <w:pPr>
        <w:rPr>
          <w:b/>
          <w:lang w:val="da-DK"/>
        </w:rPr>
      </w:pPr>
    </w:p>
    <w:p w14:paraId="1574EFC2" w14:textId="77777777" w:rsidR="00790013" w:rsidRDefault="00790013">
      <w:pPr>
        <w:rPr>
          <w:b/>
          <w:lang w:val="da-DK"/>
        </w:rPr>
      </w:pPr>
    </w:p>
    <w:p w14:paraId="29AB0827" w14:textId="77777777" w:rsidR="00790013" w:rsidRDefault="00790013">
      <w:pPr>
        <w:rPr>
          <w:b/>
          <w:lang w:val="da-DK"/>
        </w:rPr>
      </w:pPr>
    </w:p>
    <w:p w14:paraId="2D990BC2" w14:textId="421E90EF" w:rsidR="004438CE" w:rsidRPr="00790013" w:rsidRDefault="00000000" w:rsidP="00790013">
      <w:pPr>
        <w:pStyle w:val="Overskrift2"/>
        <w:rPr>
          <w:lang w:val="da-DK"/>
        </w:rPr>
      </w:pPr>
      <w:r w:rsidRPr="00790013">
        <w:rPr>
          <w:lang w:val="da-DK"/>
        </w:rPr>
        <w:t>Hvordan løser de problemet i dag?</w:t>
      </w:r>
    </w:p>
    <w:p w14:paraId="287B52AC" w14:textId="77777777" w:rsidR="00790013" w:rsidRDefault="00790013">
      <w:pPr>
        <w:rPr>
          <w:b/>
          <w:lang w:val="da-DK"/>
        </w:rPr>
      </w:pPr>
    </w:p>
    <w:p w14:paraId="331CC7E8" w14:textId="77777777" w:rsidR="00790013" w:rsidRDefault="00790013">
      <w:pPr>
        <w:rPr>
          <w:b/>
          <w:lang w:val="da-DK"/>
        </w:rPr>
      </w:pPr>
    </w:p>
    <w:p w14:paraId="6618BEA6" w14:textId="77777777" w:rsidR="00790013" w:rsidRDefault="00790013">
      <w:pPr>
        <w:rPr>
          <w:b/>
          <w:lang w:val="da-DK"/>
        </w:rPr>
      </w:pPr>
    </w:p>
    <w:p w14:paraId="3D039DAB" w14:textId="13EC7253" w:rsidR="00790013" w:rsidRDefault="00790013" w:rsidP="00790013">
      <w:pPr>
        <w:pStyle w:val="Overskrift2"/>
        <w:rPr>
          <w:lang w:val="da-DK"/>
        </w:rPr>
      </w:pPr>
      <w:r>
        <w:rPr>
          <w:lang w:val="da-DK"/>
        </w:rPr>
        <w:t>Hvorfor skal de vælge mig til at løse deres problem?</w:t>
      </w:r>
    </w:p>
    <w:p w14:paraId="42804CD1" w14:textId="77777777" w:rsidR="00790013" w:rsidRDefault="00790013">
      <w:pPr>
        <w:rPr>
          <w:b/>
          <w:lang w:val="da-DK"/>
        </w:rPr>
      </w:pPr>
    </w:p>
    <w:p w14:paraId="738CD109" w14:textId="77777777" w:rsidR="00790013" w:rsidRDefault="00790013">
      <w:pPr>
        <w:rPr>
          <w:b/>
          <w:lang w:val="da-DK"/>
        </w:rPr>
      </w:pPr>
    </w:p>
    <w:p w14:paraId="2B5210C8" w14:textId="77777777" w:rsidR="00790013" w:rsidRDefault="00790013">
      <w:pPr>
        <w:rPr>
          <w:b/>
          <w:lang w:val="da-DK"/>
        </w:rPr>
      </w:pPr>
    </w:p>
    <w:p w14:paraId="63109174" w14:textId="4F0FD926" w:rsidR="004438CE" w:rsidRPr="00790013" w:rsidRDefault="00000000" w:rsidP="00790013">
      <w:pPr>
        <w:pStyle w:val="Overskrift2"/>
        <w:rPr>
          <w:lang w:val="da-DK"/>
        </w:rPr>
      </w:pPr>
      <w:r w:rsidRPr="00790013">
        <w:rPr>
          <w:lang w:val="da-DK"/>
        </w:rPr>
        <w:t>Hvordan får jeg de første 10 kunder?</w:t>
      </w:r>
    </w:p>
    <w:p w14:paraId="0941F179" w14:textId="77777777" w:rsidR="00790013" w:rsidRDefault="00790013">
      <w:pPr>
        <w:rPr>
          <w:b/>
          <w:lang w:val="da-DK"/>
        </w:rPr>
      </w:pPr>
    </w:p>
    <w:p w14:paraId="330C8DAD" w14:textId="77777777" w:rsidR="00790013" w:rsidRDefault="00790013">
      <w:pPr>
        <w:rPr>
          <w:b/>
          <w:lang w:val="da-DK"/>
        </w:rPr>
      </w:pPr>
    </w:p>
    <w:p w14:paraId="44E57C80" w14:textId="77777777" w:rsidR="00790013" w:rsidRDefault="00790013">
      <w:pPr>
        <w:rPr>
          <w:b/>
          <w:lang w:val="da-DK"/>
        </w:rPr>
      </w:pPr>
    </w:p>
    <w:p w14:paraId="58CA80BC" w14:textId="03A3FB1F" w:rsidR="004438CE" w:rsidRPr="00790013" w:rsidRDefault="00000000" w:rsidP="00790013">
      <w:pPr>
        <w:pStyle w:val="Overskrift2"/>
        <w:rPr>
          <w:lang w:val="da-DK"/>
        </w:rPr>
      </w:pPr>
      <w:r w:rsidRPr="00790013">
        <w:rPr>
          <w:lang w:val="da-DK"/>
        </w:rPr>
        <w:t>Hvordan får jeg de næste 100 kunder?</w:t>
      </w:r>
    </w:p>
    <w:p w14:paraId="3D266FAE" w14:textId="77777777" w:rsidR="004438CE" w:rsidRPr="00790013" w:rsidRDefault="00000000">
      <w:pPr>
        <w:rPr>
          <w:lang w:val="da-DK"/>
        </w:rPr>
      </w:pPr>
      <w:r w:rsidRPr="00790013">
        <w:rPr>
          <w:lang w:val="da-DK"/>
        </w:rPr>
        <w:br w:type="page"/>
      </w:r>
    </w:p>
    <w:p w14:paraId="06974A18" w14:textId="77777777" w:rsidR="004438CE" w:rsidRPr="00790013" w:rsidRDefault="00000000">
      <w:pPr>
        <w:pStyle w:val="Overskrift1"/>
        <w:rPr>
          <w:lang w:val="da-DK"/>
        </w:rPr>
      </w:pPr>
      <w:r w:rsidRPr="00790013">
        <w:rPr>
          <w:lang w:val="da-DK"/>
        </w:rPr>
        <w:lastRenderedPageBreak/>
        <w:t>7. Konkurrenter</w:t>
      </w:r>
    </w:p>
    <w:p w14:paraId="75023E87" w14:textId="77777777" w:rsidR="004438CE" w:rsidRPr="00790013" w:rsidRDefault="00000000" w:rsidP="00790013">
      <w:pPr>
        <w:pStyle w:val="Overskrift2"/>
        <w:rPr>
          <w:lang w:val="da-DK"/>
        </w:rPr>
      </w:pPr>
      <w:r w:rsidRPr="00790013">
        <w:rPr>
          <w:lang w:val="da-DK"/>
        </w:rPr>
        <w:t>Hvem konkurrerer jeg med?</w:t>
      </w:r>
    </w:p>
    <w:p w14:paraId="7D00E204" w14:textId="77777777" w:rsidR="00790013" w:rsidRDefault="00790013">
      <w:pPr>
        <w:rPr>
          <w:b/>
          <w:lang w:val="da-DK"/>
        </w:rPr>
      </w:pPr>
    </w:p>
    <w:p w14:paraId="5EB401A3" w14:textId="77777777" w:rsidR="00790013" w:rsidRDefault="00790013">
      <w:pPr>
        <w:rPr>
          <w:b/>
          <w:lang w:val="da-DK"/>
        </w:rPr>
      </w:pPr>
    </w:p>
    <w:p w14:paraId="036B6E44" w14:textId="77777777" w:rsidR="00790013" w:rsidRDefault="00790013">
      <w:pPr>
        <w:rPr>
          <w:b/>
          <w:lang w:val="da-DK"/>
        </w:rPr>
      </w:pPr>
    </w:p>
    <w:p w14:paraId="6819DBE9" w14:textId="77777777" w:rsidR="00790013" w:rsidRDefault="00790013">
      <w:pPr>
        <w:rPr>
          <w:b/>
          <w:lang w:val="da-DK"/>
        </w:rPr>
      </w:pPr>
    </w:p>
    <w:p w14:paraId="2C597E1D" w14:textId="4B71CEDD" w:rsidR="004438CE" w:rsidRPr="00790013" w:rsidRDefault="00000000" w:rsidP="00790013">
      <w:pPr>
        <w:pStyle w:val="Overskrift2"/>
        <w:rPr>
          <w:lang w:val="da-DK"/>
        </w:rPr>
      </w:pPr>
      <w:r w:rsidRPr="00790013">
        <w:rPr>
          <w:lang w:val="da-DK"/>
        </w:rPr>
        <w:t>Hvad gør de godt?</w:t>
      </w:r>
    </w:p>
    <w:p w14:paraId="4BC11FE1" w14:textId="77777777" w:rsidR="00790013" w:rsidRDefault="00790013">
      <w:pPr>
        <w:rPr>
          <w:b/>
          <w:lang w:val="da-DK"/>
        </w:rPr>
      </w:pPr>
    </w:p>
    <w:p w14:paraId="16EF42B9" w14:textId="77777777" w:rsidR="00790013" w:rsidRDefault="00790013">
      <w:pPr>
        <w:rPr>
          <w:b/>
          <w:lang w:val="da-DK"/>
        </w:rPr>
      </w:pPr>
    </w:p>
    <w:p w14:paraId="5B5C45CA" w14:textId="77777777" w:rsidR="00790013" w:rsidRDefault="00790013">
      <w:pPr>
        <w:rPr>
          <w:b/>
          <w:lang w:val="da-DK"/>
        </w:rPr>
      </w:pPr>
    </w:p>
    <w:p w14:paraId="38187139" w14:textId="77777777" w:rsidR="00790013" w:rsidRDefault="00790013">
      <w:pPr>
        <w:rPr>
          <w:b/>
          <w:lang w:val="da-DK"/>
        </w:rPr>
      </w:pPr>
    </w:p>
    <w:p w14:paraId="01157F4C" w14:textId="77777777" w:rsidR="00790013" w:rsidRDefault="00790013">
      <w:pPr>
        <w:rPr>
          <w:b/>
          <w:lang w:val="da-DK"/>
        </w:rPr>
      </w:pPr>
    </w:p>
    <w:p w14:paraId="20CBA8FC" w14:textId="1CBC5BAB" w:rsidR="004438CE" w:rsidRPr="00790013" w:rsidRDefault="00000000" w:rsidP="00790013">
      <w:pPr>
        <w:pStyle w:val="Overskrift2"/>
        <w:rPr>
          <w:lang w:val="da-DK"/>
        </w:rPr>
      </w:pPr>
      <w:r w:rsidRPr="00790013">
        <w:rPr>
          <w:lang w:val="da-DK"/>
        </w:rPr>
        <w:t>Hvad gør de mindre godt?</w:t>
      </w:r>
    </w:p>
    <w:p w14:paraId="01E95822" w14:textId="77777777" w:rsidR="00790013" w:rsidRDefault="00790013">
      <w:pPr>
        <w:rPr>
          <w:b/>
          <w:lang w:val="da-DK"/>
        </w:rPr>
      </w:pPr>
    </w:p>
    <w:p w14:paraId="0170CF17" w14:textId="77777777" w:rsidR="00790013" w:rsidRDefault="00790013">
      <w:pPr>
        <w:rPr>
          <w:b/>
          <w:lang w:val="da-DK"/>
        </w:rPr>
      </w:pPr>
    </w:p>
    <w:p w14:paraId="2E4193D5" w14:textId="77777777" w:rsidR="00790013" w:rsidRDefault="00790013">
      <w:pPr>
        <w:rPr>
          <w:b/>
          <w:lang w:val="da-DK"/>
        </w:rPr>
      </w:pPr>
    </w:p>
    <w:p w14:paraId="06C29BB8" w14:textId="77777777" w:rsidR="00790013" w:rsidRDefault="00790013">
      <w:pPr>
        <w:rPr>
          <w:b/>
          <w:lang w:val="da-DK"/>
        </w:rPr>
      </w:pPr>
    </w:p>
    <w:p w14:paraId="139B597D" w14:textId="77777777" w:rsidR="00790013" w:rsidRDefault="00790013">
      <w:pPr>
        <w:rPr>
          <w:b/>
          <w:lang w:val="da-DK"/>
        </w:rPr>
      </w:pPr>
    </w:p>
    <w:p w14:paraId="5993D97E" w14:textId="72DC970A" w:rsidR="004438CE" w:rsidRPr="00790013" w:rsidRDefault="00000000" w:rsidP="00790013">
      <w:pPr>
        <w:pStyle w:val="Overskrift2"/>
        <w:rPr>
          <w:lang w:val="da-DK"/>
        </w:rPr>
      </w:pPr>
      <w:r w:rsidRPr="00790013">
        <w:rPr>
          <w:lang w:val="da-DK"/>
        </w:rPr>
        <w:t>Hvordan vil jeg adskille mig?</w:t>
      </w:r>
    </w:p>
    <w:p w14:paraId="1F984ABD" w14:textId="77777777" w:rsidR="00790013" w:rsidRDefault="00790013">
      <w:pPr>
        <w:rPr>
          <w:lang w:val="da-DK"/>
        </w:rPr>
      </w:pPr>
    </w:p>
    <w:p w14:paraId="0572BCF9" w14:textId="77777777" w:rsidR="00790013" w:rsidRDefault="00790013">
      <w:pPr>
        <w:rPr>
          <w:lang w:val="da-DK"/>
        </w:rPr>
      </w:pPr>
    </w:p>
    <w:p w14:paraId="29EB8746" w14:textId="77777777" w:rsidR="00790013" w:rsidRDefault="00790013">
      <w:pPr>
        <w:rPr>
          <w:lang w:val="da-DK"/>
        </w:rPr>
      </w:pPr>
    </w:p>
    <w:p w14:paraId="6A50F992" w14:textId="77777777" w:rsidR="00790013" w:rsidRDefault="00790013">
      <w:pPr>
        <w:rPr>
          <w:lang w:val="da-DK"/>
        </w:rPr>
      </w:pPr>
    </w:p>
    <w:p w14:paraId="29E438FA" w14:textId="77777777" w:rsidR="00790013" w:rsidRDefault="00790013">
      <w:pPr>
        <w:rPr>
          <w:lang w:val="da-DK"/>
        </w:rPr>
      </w:pPr>
    </w:p>
    <w:p w14:paraId="632739BD" w14:textId="3F834469" w:rsidR="004438CE" w:rsidRPr="00790013" w:rsidRDefault="00000000">
      <w:pPr>
        <w:rPr>
          <w:lang w:val="da-DK"/>
        </w:rPr>
      </w:pPr>
      <w:r w:rsidRPr="00790013">
        <w:rPr>
          <w:lang w:val="da-DK"/>
        </w:rPr>
        <w:br w:type="page"/>
      </w:r>
    </w:p>
    <w:p w14:paraId="72DEF235" w14:textId="77777777" w:rsidR="004438CE" w:rsidRPr="00790013" w:rsidRDefault="00000000">
      <w:pPr>
        <w:pStyle w:val="Overskrift1"/>
        <w:rPr>
          <w:lang w:val="da-DK"/>
        </w:rPr>
      </w:pPr>
      <w:r w:rsidRPr="00790013">
        <w:rPr>
          <w:lang w:val="da-DK"/>
        </w:rPr>
        <w:lastRenderedPageBreak/>
        <w:t>8. Økonomi</w:t>
      </w:r>
    </w:p>
    <w:p w14:paraId="6DFEC054" w14:textId="77777777" w:rsidR="004438CE" w:rsidRPr="00790013" w:rsidRDefault="00000000" w:rsidP="00790013">
      <w:pPr>
        <w:pStyle w:val="Overskrift2"/>
        <w:rPr>
          <w:lang w:val="da-DK"/>
        </w:rPr>
      </w:pPr>
      <w:r w:rsidRPr="00790013">
        <w:rPr>
          <w:lang w:val="da-DK"/>
        </w:rPr>
        <w:t>Hvor meget skal jeg omsætte for at kunne leve af virksomheden?</w:t>
      </w:r>
    </w:p>
    <w:p w14:paraId="1A4FE3A5" w14:textId="77777777" w:rsidR="00790013" w:rsidRDefault="00790013">
      <w:pPr>
        <w:rPr>
          <w:b/>
          <w:lang w:val="da-DK"/>
        </w:rPr>
      </w:pPr>
    </w:p>
    <w:p w14:paraId="4E5F178C" w14:textId="77777777" w:rsidR="00790013" w:rsidRDefault="00790013">
      <w:pPr>
        <w:rPr>
          <w:b/>
          <w:lang w:val="da-DK"/>
        </w:rPr>
      </w:pPr>
    </w:p>
    <w:p w14:paraId="6325FC56" w14:textId="77777777" w:rsidR="00790013" w:rsidRDefault="00790013">
      <w:pPr>
        <w:rPr>
          <w:b/>
          <w:lang w:val="da-DK"/>
        </w:rPr>
      </w:pPr>
    </w:p>
    <w:p w14:paraId="1C61C5E7" w14:textId="31173A57" w:rsidR="004438CE" w:rsidRPr="00790013" w:rsidRDefault="00000000" w:rsidP="00790013">
      <w:pPr>
        <w:pStyle w:val="Overskrift2"/>
        <w:rPr>
          <w:lang w:val="da-DK"/>
        </w:rPr>
      </w:pPr>
      <w:r w:rsidRPr="00790013">
        <w:rPr>
          <w:lang w:val="da-DK"/>
        </w:rPr>
        <w:t>Hvor længe kan jeg klare mig uden overskud?</w:t>
      </w:r>
    </w:p>
    <w:p w14:paraId="49A3AE97" w14:textId="77777777" w:rsidR="00790013" w:rsidRDefault="00790013">
      <w:pPr>
        <w:rPr>
          <w:b/>
          <w:lang w:val="da-DK"/>
        </w:rPr>
      </w:pPr>
    </w:p>
    <w:p w14:paraId="3406E685" w14:textId="77777777" w:rsidR="00790013" w:rsidRDefault="00790013">
      <w:pPr>
        <w:rPr>
          <w:b/>
          <w:lang w:val="da-DK"/>
        </w:rPr>
      </w:pPr>
    </w:p>
    <w:p w14:paraId="5F542928" w14:textId="77777777" w:rsidR="00790013" w:rsidRDefault="00790013">
      <w:pPr>
        <w:rPr>
          <w:b/>
          <w:lang w:val="da-DK"/>
        </w:rPr>
      </w:pPr>
    </w:p>
    <w:p w14:paraId="2D12B798" w14:textId="07C65915" w:rsidR="004438CE" w:rsidRPr="00790013" w:rsidRDefault="00000000" w:rsidP="00790013">
      <w:pPr>
        <w:pStyle w:val="Overskrift2"/>
        <w:rPr>
          <w:lang w:val="da-DK"/>
        </w:rPr>
      </w:pPr>
      <w:r w:rsidRPr="00790013">
        <w:rPr>
          <w:lang w:val="da-DK"/>
        </w:rPr>
        <w:t>Hvad er mine største økonomiske risici?</w:t>
      </w:r>
    </w:p>
    <w:p w14:paraId="76034962" w14:textId="77777777" w:rsidR="00790013" w:rsidRDefault="00790013">
      <w:pPr>
        <w:rPr>
          <w:b/>
          <w:lang w:val="da-DK"/>
        </w:rPr>
      </w:pPr>
    </w:p>
    <w:p w14:paraId="5A733789" w14:textId="77777777" w:rsidR="00790013" w:rsidRDefault="00790013">
      <w:pPr>
        <w:rPr>
          <w:b/>
          <w:lang w:val="da-DK"/>
        </w:rPr>
      </w:pPr>
    </w:p>
    <w:p w14:paraId="0709665E" w14:textId="77777777" w:rsidR="00790013" w:rsidRDefault="00790013">
      <w:pPr>
        <w:rPr>
          <w:b/>
          <w:lang w:val="da-DK"/>
        </w:rPr>
      </w:pPr>
    </w:p>
    <w:p w14:paraId="7C5F7E12" w14:textId="14AC34C5" w:rsidR="00790013" w:rsidRDefault="00790013" w:rsidP="00790013">
      <w:pPr>
        <w:pStyle w:val="Overskrift2"/>
        <w:rPr>
          <w:lang w:val="da-DK"/>
        </w:rPr>
      </w:pPr>
      <w:r>
        <w:rPr>
          <w:lang w:val="da-DK"/>
        </w:rPr>
        <w:t>Hvor meget skal jeg investere?</w:t>
      </w:r>
    </w:p>
    <w:p w14:paraId="6A06430D" w14:textId="77777777" w:rsidR="00790013" w:rsidRDefault="00790013">
      <w:pPr>
        <w:rPr>
          <w:b/>
          <w:lang w:val="da-DK"/>
        </w:rPr>
      </w:pPr>
    </w:p>
    <w:p w14:paraId="1D2EEEB1" w14:textId="77777777" w:rsidR="00790013" w:rsidRDefault="00790013">
      <w:pPr>
        <w:rPr>
          <w:b/>
          <w:lang w:val="da-DK"/>
        </w:rPr>
      </w:pPr>
    </w:p>
    <w:p w14:paraId="6D552C9E" w14:textId="77777777" w:rsidR="00790013" w:rsidRDefault="00790013">
      <w:pPr>
        <w:rPr>
          <w:b/>
          <w:lang w:val="da-DK"/>
        </w:rPr>
      </w:pPr>
    </w:p>
    <w:p w14:paraId="5915FF4E" w14:textId="2C87B5C6" w:rsidR="004438CE" w:rsidRPr="00790013" w:rsidRDefault="00000000" w:rsidP="00790013">
      <w:pPr>
        <w:pStyle w:val="Overskrift2"/>
        <w:rPr>
          <w:lang w:val="da-DK"/>
        </w:rPr>
      </w:pPr>
      <w:r w:rsidRPr="00790013">
        <w:rPr>
          <w:lang w:val="da-DK"/>
        </w:rPr>
        <w:t>Hvilke nøgletal vil jeg følge?</w:t>
      </w:r>
    </w:p>
    <w:p w14:paraId="730532C8" w14:textId="77777777" w:rsidR="00790013" w:rsidRDefault="00790013">
      <w:pPr>
        <w:rPr>
          <w:lang w:val="da-DK"/>
        </w:rPr>
      </w:pPr>
    </w:p>
    <w:p w14:paraId="4A900696" w14:textId="77777777" w:rsidR="00790013" w:rsidRDefault="00790013">
      <w:pPr>
        <w:rPr>
          <w:lang w:val="da-DK"/>
        </w:rPr>
      </w:pPr>
    </w:p>
    <w:p w14:paraId="0FE99D0B" w14:textId="77777777" w:rsidR="00790013" w:rsidRDefault="00790013">
      <w:pPr>
        <w:rPr>
          <w:lang w:val="da-DK"/>
        </w:rPr>
      </w:pPr>
    </w:p>
    <w:p w14:paraId="2D56114F" w14:textId="77777777" w:rsidR="00790013" w:rsidRDefault="00790013">
      <w:pPr>
        <w:rPr>
          <w:lang w:val="da-DK"/>
        </w:rPr>
      </w:pPr>
    </w:p>
    <w:p w14:paraId="6C434C5E" w14:textId="77777777" w:rsidR="00790013" w:rsidRDefault="00790013">
      <w:pPr>
        <w:rPr>
          <w:lang w:val="da-DK"/>
        </w:rPr>
      </w:pPr>
    </w:p>
    <w:p w14:paraId="7A3AB9C2" w14:textId="59E2C8EF" w:rsidR="004438CE" w:rsidRPr="00790013" w:rsidRDefault="00000000">
      <w:pPr>
        <w:rPr>
          <w:lang w:val="da-DK"/>
        </w:rPr>
      </w:pPr>
      <w:r w:rsidRPr="00790013">
        <w:rPr>
          <w:lang w:val="da-DK"/>
        </w:rPr>
        <w:br w:type="page"/>
      </w:r>
    </w:p>
    <w:p w14:paraId="39F55205" w14:textId="77777777" w:rsidR="004438CE" w:rsidRPr="00790013" w:rsidRDefault="00000000">
      <w:pPr>
        <w:pStyle w:val="Overskrift1"/>
        <w:rPr>
          <w:lang w:val="da-DK"/>
        </w:rPr>
      </w:pPr>
      <w:r w:rsidRPr="00790013">
        <w:rPr>
          <w:lang w:val="da-DK"/>
        </w:rPr>
        <w:lastRenderedPageBreak/>
        <w:t>9. Risici og kriser</w:t>
      </w:r>
    </w:p>
    <w:p w14:paraId="13585E1D" w14:textId="77777777" w:rsidR="004438CE" w:rsidRPr="00790013" w:rsidRDefault="00000000" w:rsidP="00790013">
      <w:pPr>
        <w:pStyle w:val="Overskrift2"/>
        <w:rPr>
          <w:lang w:val="da-DK"/>
        </w:rPr>
      </w:pPr>
      <w:r w:rsidRPr="00790013">
        <w:rPr>
          <w:lang w:val="da-DK"/>
        </w:rPr>
        <w:t>Hvad kan gå galt?</w:t>
      </w:r>
    </w:p>
    <w:p w14:paraId="1B17F487" w14:textId="77777777" w:rsidR="00790013" w:rsidRDefault="00790013">
      <w:pPr>
        <w:rPr>
          <w:b/>
          <w:lang w:val="da-DK"/>
        </w:rPr>
      </w:pPr>
    </w:p>
    <w:p w14:paraId="5C9130A4" w14:textId="77777777" w:rsidR="00790013" w:rsidRDefault="00790013">
      <w:pPr>
        <w:rPr>
          <w:b/>
          <w:lang w:val="da-DK"/>
        </w:rPr>
      </w:pPr>
    </w:p>
    <w:p w14:paraId="33F07368" w14:textId="77777777" w:rsidR="00790013" w:rsidRDefault="00790013">
      <w:pPr>
        <w:rPr>
          <w:b/>
          <w:lang w:val="da-DK"/>
        </w:rPr>
      </w:pPr>
    </w:p>
    <w:p w14:paraId="435FC911" w14:textId="77777777" w:rsidR="00790013" w:rsidRDefault="00790013">
      <w:pPr>
        <w:rPr>
          <w:b/>
          <w:lang w:val="da-DK"/>
        </w:rPr>
      </w:pPr>
    </w:p>
    <w:p w14:paraId="406935E1" w14:textId="2A8820D1" w:rsidR="004438CE" w:rsidRPr="00790013" w:rsidRDefault="00000000" w:rsidP="00790013">
      <w:pPr>
        <w:pStyle w:val="Overskrift2"/>
        <w:rPr>
          <w:lang w:val="da-DK"/>
        </w:rPr>
      </w:pPr>
      <w:r w:rsidRPr="00790013">
        <w:rPr>
          <w:lang w:val="da-DK"/>
        </w:rPr>
        <w:t>Hvordan vil jeg reagere hvis salget svigter?</w:t>
      </w:r>
    </w:p>
    <w:p w14:paraId="4ED059B3" w14:textId="77777777" w:rsidR="00790013" w:rsidRDefault="00790013">
      <w:pPr>
        <w:rPr>
          <w:b/>
          <w:lang w:val="da-DK"/>
        </w:rPr>
      </w:pPr>
    </w:p>
    <w:p w14:paraId="78673C6D" w14:textId="77777777" w:rsidR="00790013" w:rsidRDefault="00790013">
      <w:pPr>
        <w:rPr>
          <w:b/>
          <w:lang w:val="da-DK"/>
        </w:rPr>
      </w:pPr>
    </w:p>
    <w:p w14:paraId="53A628D3" w14:textId="77777777" w:rsidR="00790013" w:rsidRDefault="00790013">
      <w:pPr>
        <w:rPr>
          <w:b/>
          <w:lang w:val="da-DK"/>
        </w:rPr>
      </w:pPr>
    </w:p>
    <w:p w14:paraId="474AF9F8" w14:textId="77777777" w:rsidR="00790013" w:rsidRDefault="00790013">
      <w:pPr>
        <w:rPr>
          <w:b/>
          <w:lang w:val="da-DK"/>
        </w:rPr>
      </w:pPr>
    </w:p>
    <w:p w14:paraId="02806603" w14:textId="77777777" w:rsidR="00790013" w:rsidRDefault="00790013">
      <w:pPr>
        <w:rPr>
          <w:b/>
          <w:lang w:val="da-DK"/>
        </w:rPr>
      </w:pPr>
    </w:p>
    <w:p w14:paraId="35CE3ABC" w14:textId="22647244" w:rsidR="004438CE" w:rsidRPr="00790013" w:rsidRDefault="00000000" w:rsidP="00790013">
      <w:pPr>
        <w:pStyle w:val="Overskrift2"/>
        <w:rPr>
          <w:lang w:val="da-DK"/>
        </w:rPr>
      </w:pPr>
      <w:r w:rsidRPr="00790013">
        <w:rPr>
          <w:lang w:val="da-DK"/>
        </w:rPr>
        <w:t>Hvordan vil jeg reagere hvis jeg bliver syg?</w:t>
      </w:r>
    </w:p>
    <w:p w14:paraId="3C136E3A" w14:textId="77777777" w:rsidR="00790013" w:rsidRDefault="00790013">
      <w:pPr>
        <w:rPr>
          <w:b/>
          <w:lang w:val="da-DK"/>
        </w:rPr>
      </w:pPr>
    </w:p>
    <w:p w14:paraId="3686A3E4" w14:textId="77777777" w:rsidR="00790013" w:rsidRDefault="00790013">
      <w:pPr>
        <w:rPr>
          <w:b/>
          <w:lang w:val="da-DK"/>
        </w:rPr>
      </w:pPr>
    </w:p>
    <w:p w14:paraId="4810EA1B" w14:textId="77777777" w:rsidR="00790013" w:rsidRDefault="00790013">
      <w:pPr>
        <w:rPr>
          <w:b/>
          <w:lang w:val="da-DK"/>
        </w:rPr>
      </w:pPr>
    </w:p>
    <w:p w14:paraId="18B86F58" w14:textId="77777777" w:rsidR="00790013" w:rsidRDefault="00790013">
      <w:pPr>
        <w:rPr>
          <w:b/>
          <w:lang w:val="da-DK"/>
        </w:rPr>
      </w:pPr>
    </w:p>
    <w:p w14:paraId="305DF50D" w14:textId="77777777" w:rsidR="00790013" w:rsidRDefault="00790013">
      <w:pPr>
        <w:rPr>
          <w:b/>
          <w:lang w:val="da-DK"/>
        </w:rPr>
      </w:pPr>
    </w:p>
    <w:p w14:paraId="3AD80C19" w14:textId="76943FBC" w:rsidR="004438CE" w:rsidRPr="00790013" w:rsidRDefault="00000000" w:rsidP="00790013">
      <w:pPr>
        <w:pStyle w:val="Overskrift2"/>
        <w:rPr>
          <w:lang w:val="da-DK"/>
        </w:rPr>
      </w:pPr>
      <w:r w:rsidRPr="00790013">
        <w:rPr>
          <w:lang w:val="da-DK"/>
        </w:rPr>
        <w:t>Hvordan vil jeg reagere hvis en nøglekunde forsvinder?</w:t>
      </w:r>
    </w:p>
    <w:p w14:paraId="428834F8" w14:textId="77777777" w:rsidR="00790013" w:rsidRDefault="00790013">
      <w:pPr>
        <w:rPr>
          <w:lang w:val="da-DK"/>
        </w:rPr>
      </w:pPr>
    </w:p>
    <w:p w14:paraId="01927CF2" w14:textId="77777777" w:rsidR="00790013" w:rsidRDefault="00790013">
      <w:pPr>
        <w:rPr>
          <w:lang w:val="da-DK"/>
        </w:rPr>
      </w:pPr>
    </w:p>
    <w:p w14:paraId="277D953A" w14:textId="77777777" w:rsidR="00790013" w:rsidRDefault="00790013">
      <w:pPr>
        <w:rPr>
          <w:lang w:val="da-DK"/>
        </w:rPr>
      </w:pPr>
    </w:p>
    <w:p w14:paraId="03685161" w14:textId="77777777" w:rsidR="00790013" w:rsidRDefault="00790013">
      <w:pPr>
        <w:rPr>
          <w:lang w:val="da-DK"/>
        </w:rPr>
      </w:pPr>
    </w:p>
    <w:p w14:paraId="1E08AA66" w14:textId="77777777" w:rsidR="00790013" w:rsidRDefault="00790013">
      <w:pPr>
        <w:rPr>
          <w:lang w:val="da-DK"/>
        </w:rPr>
      </w:pPr>
    </w:p>
    <w:p w14:paraId="2FD18004" w14:textId="5406A584" w:rsidR="004438CE" w:rsidRPr="00790013" w:rsidRDefault="00000000">
      <w:pPr>
        <w:rPr>
          <w:lang w:val="da-DK"/>
        </w:rPr>
      </w:pPr>
      <w:r w:rsidRPr="00790013">
        <w:rPr>
          <w:lang w:val="da-DK"/>
        </w:rPr>
        <w:br w:type="page"/>
      </w:r>
    </w:p>
    <w:p w14:paraId="1328D64C" w14:textId="77777777" w:rsidR="004438CE" w:rsidRPr="00790013" w:rsidRDefault="00000000">
      <w:pPr>
        <w:pStyle w:val="Overskrift1"/>
        <w:rPr>
          <w:lang w:val="da-DK"/>
        </w:rPr>
      </w:pPr>
      <w:r w:rsidRPr="00790013">
        <w:rPr>
          <w:lang w:val="da-DK"/>
        </w:rPr>
        <w:lastRenderedPageBreak/>
        <w:t>10. Mit stop-tidspunkt</w:t>
      </w:r>
    </w:p>
    <w:p w14:paraId="20B1E7F8" w14:textId="77777777" w:rsidR="004438CE" w:rsidRPr="00790013" w:rsidRDefault="00000000" w:rsidP="00790013">
      <w:pPr>
        <w:pStyle w:val="Overskrift2"/>
        <w:rPr>
          <w:lang w:val="da-DK"/>
        </w:rPr>
      </w:pPr>
      <w:r w:rsidRPr="00790013">
        <w:rPr>
          <w:lang w:val="da-DK"/>
        </w:rPr>
        <w:t>Hvornår vil jeg erkende at virksomheden ikke lykkes?</w:t>
      </w:r>
    </w:p>
    <w:p w14:paraId="6026D1E2" w14:textId="77777777" w:rsidR="00790013" w:rsidRDefault="00790013">
      <w:pPr>
        <w:rPr>
          <w:b/>
          <w:lang w:val="da-DK"/>
        </w:rPr>
      </w:pPr>
    </w:p>
    <w:p w14:paraId="02EEE2A3" w14:textId="77777777" w:rsidR="00790013" w:rsidRDefault="00790013">
      <w:pPr>
        <w:rPr>
          <w:b/>
          <w:lang w:val="da-DK"/>
        </w:rPr>
      </w:pPr>
    </w:p>
    <w:p w14:paraId="4254AF68" w14:textId="77777777" w:rsidR="00790013" w:rsidRDefault="00790013">
      <w:pPr>
        <w:rPr>
          <w:b/>
          <w:lang w:val="da-DK"/>
        </w:rPr>
      </w:pPr>
    </w:p>
    <w:p w14:paraId="5835F8D6" w14:textId="77777777" w:rsidR="00790013" w:rsidRDefault="00790013">
      <w:pPr>
        <w:rPr>
          <w:b/>
          <w:lang w:val="da-DK"/>
        </w:rPr>
      </w:pPr>
    </w:p>
    <w:p w14:paraId="5DB6AAD5" w14:textId="45DA0671" w:rsidR="004438CE" w:rsidRPr="00790013" w:rsidRDefault="00000000" w:rsidP="00790013">
      <w:pPr>
        <w:pStyle w:val="Overskrift2"/>
        <w:rPr>
          <w:lang w:val="da-DK"/>
        </w:rPr>
      </w:pPr>
      <w:r w:rsidRPr="00790013">
        <w:rPr>
          <w:lang w:val="da-DK"/>
        </w:rPr>
        <w:t>Hvilke økonomiske grænser vil jeg sætte?</w:t>
      </w:r>
    </w:p>
    <w:p w14:paraId="4ABC7B0C" w14:textId="77777777" w:rsidR="00790013" w:rsidRDefault="00790013">
      <w:pPr>
        <w:rPr>
          <w:b/>
          <w:lang w:val="da-DK"/>
        </w:rPr>
      </w:pPr>
    </w:p>
    <w:p w14:paraId="358E7A6F" w14:textId="77777777" w:rsidR="00790013" w:rsidRDefault="00790013">
      <w:pPr>
        <w:rPr>
          <w:b/>
          <w:lang w:val="da-DK"/>
        </w:rPr>
      </w:pPr>
    </w:p>
    <w:p w14:paraId="5AFEC08F" w14:textId="77777777" w:rsidR="00790013" w:rsidRDefault="00790013">
      <w:pPr>
        <w:rPr>
          <w:b/>
          <w:lang w:val="da-DK"/>
        </w:rPr>
      </w:pPr>
    </w:p>
    <w:p w14:paraId="52B70483" w14:textId="77777777" w:rsidR="00790013" w:rsidRDefault="00790013">
      <w:pPr>
        <w:rPr>
          <w:b/>
          <w:lang w:val="da-DK"/>
        </w:rPr>
      </w:pPr>
    </w:p>
    <w:p w14:paraId="097CC739" w14:textId="7A2E065D" w:rsidR="004438CE" w:rsidRPr="00790013" w:rsidRDefault="00000000" w:rsidP="00790013">
      <w:pPr>
        <w:pStyle w:val="Overskrift2"/>
        <w:rPr>
          <w:lang w:val="da-DK"/>
        </w:rPr>
      </w:pPr>
      <w:r w:rsidRPr="00790013">
        <w:rPr>
          <w:lang w:val="da-DK"/>
        </w:rPr>
        <w:t>Hvilke advarselssignaler skal jeg holde øje med?</w:t>
      </w:r>
    </w:p>
    <w:p w14:paraId="54001E90" w14:textId="77777777" w:rsidR="00790013" w:rsidRDefault="00790013">
      <w:pPr>
        <w:rPr>
          <w:lang w:val="da-DK"/>
        </w:rPr>
      </w:pPr>
    </w:p>
    <w:p w14:paraId="00B2DBFF" w14:textId="77777777" w:rsidR="00790013" w:rsidRDefault="00790013">
      <w:pPr>
        <w:rPr>
          <w:lang w:val="da-DK"/>
        </w:rPr>
      </w:pPr>
    </w:p>
    <w:p w14:paraId="095A9459" w14:textId="77777777" w:rsidR="00790013" w:rsidRDefault="00790013">
      <w:pPr>
        <w:rPr>
          <w:lang w:val="da-DK"/>
        </w:rPr>
      </w:pPr>
    </w:p>
    <w:p w14:paraId="75DD5E69" w14:textId="77777777" w:rsidR="00790013" w:rsidRDefault="00790013">
      <w:pPr>
        <w:rPr>
          <w:lang w:val="da-DK"/>
        </w:rPr>
      </w:pPr>
    </w:p>
    <w:p w14:paraId="50B623F6" w14:textId="77777777" w:rsidR="00790013" w:rsidRDefault="00790013">
      <w:pPr>
        <w:rPr>
          <w:lang w:val="da-DK"/>
        </w:rPr>
      </w:pPr>
    </w:p>
    <w:p w14:paraId="0EFA4231" w14:textId="487BCEB7" w:rsidR="004438CE" w:rsidRPr="00790013" w:rsidRDefault="00000000">
      <w:pPr>
        <w:rPr>
          <w:lang w:val="da-DK"/>
        </w:rPr>
      </w:pPr>
      <w:r w:rsidRPr="00790013">
        <w:rPr>
          <w:lang w:val="da-DK"/>
        </w:rPr>
        <w:br w:type="page"/>
      </w:r>
    </w:p>
    <w:p w14:paraId="31CA0607" w14:textId="77777777" w:rsidR="004438CE" w:rsidRPr="00790013" w:rsidRDefault="00000000">
      <w:pPr>
        <w:pStyle w:val="Overskrift1"/>
        <w:rPr>
          <w:lang w:val="da-DK"/>
        </w:rPr>
      </w:pPr>
      <w:r w:rsidRPr="00790013">
        <w:rPr>
          <w:lang w:val="da-DK"/>
        </w:rPr>
        <w:lastRenderedPageBreak/>
        <w:t xml:space="preserve">11. </w:t>
      </w:r>
      <w:proofErr w:type="spellStart"/>
      <w:r w:rsidRPr="00790013">
        <w:rPr>
          <w:lang w:val="da-DK"/>
        </w:rPr>
        <w:t>Actionplan</w:t>
      </w:r>
      <w:proofErr w:type="spellEnd"/>
    </w:p>
    <w:p w14:paraId="2E56052C" w14:textId="77777777" w:rsidR="004438CE" w:rsidRPr="00790013" w:rsidRDefault="00000000" w:rsidP="00790013">
      <w:pPr>
        <w:pStyle w:val="Overskrift2"/>
        <w:rPr>
          <w:lang w:val="da-DK"/>
        </w:rPr>
      </w:pPr>
      <w:r w:rsidRPr="00790013">
        <w:rPr>
          <w:lang w:val="da-DK"/>
        </w:rPr>
        <w:t>Hvad skal jeg gøre de næste 30 dage?</w:t>
      </w:r>
    </w:p>
    <w:p w14:paraId="52F5841A" w14:textId="77777777" w:rsidR="00790013" w:rsidRDefault="00790013">
      <w:pPr>
        <w:rPr>
          <w:b/>
          <w:lang w:val="da-DK"/>
        </w:rPr>
      </w:pPr>
    </w:p>
    <w:p w14:paraId="51BF1B27" w14:textId="77777777" w:rsidR="00790013" w:rsidRDefault="00790013">
      <w:pPr>
        <w:rPr>
          <w:b/>
          <w:lang w:val="da-DK"/>
        </w:rPr>
      </w:pPr>
    </w:p>
    <w:p w14:paraId="20C94C37" w14:textId="77777777" w:rsidR="00790013" w:rsidRDefault="00790013">
      <w:pPr>
        <w:rPr>
          <w:b/>
          <w:lang w:val="da-DK"/>
        </w:rPr>
      </w:pPr>
    </w:p>
    <w:p w14:paraId="1C639648" w14:textId="77777777" w:rsidR="00790013" w:rsidRDefault="00790013">
      <w:pPr>
        <w:rPr>
          <w:b/>
          <w:lang w:val="da-DK"/>
        </w:rPr>
      </w:pPr>
    </w:p>
    <w:p w14:paraId="18284843" w14:textId="657D8BA8" w:rsidR="004438CE" w:rsidRPr="00790013" w:rsidRDefault="00000000" w:rsidP="00790013">
      <w:pPr>
        <w:pStyle w:val="Overskrift2"/>
        <w:rPr>
          <w:lang w:val="da-DK"/>
        </w:rPr>
      </w:pPr>
      <w:r w:rsidRPr="00790013">
        <w:rPr>
          <w:lang w:val="da-DK"/>
        </w:rPr>
        <w:t>Hvad skal jeg gøre de næste 90 dage?</w:t>
      </w:r>
    </w:p>
    <w:p w14:paraId="2C6BE205" w14:textId="77777777" w:rsidR="00790013" w:rsidRDefault="00790013">
      <w:pPr>
        <w:rPr>
          <w:b/>
          <w:lang w:val="da-DK"/>
        </w:rPr>
      </w:pPr>
    </w:p>
    <w:p w14:paraId="17699092" w14:textId="77777777" w:rsidR="00790013" w:rsidRDefault="00790013">
      <w:pPr>
        <w:rPr>
          <w:b/>
          <w:lang w:val="da-DK"/>
        </w:rPr>
      </w:pPr>
    </w:p>
    <w:p w14:paraId="59EBACD9" w14:textId="77777777" w:rsidR="00790013" w:rsidRDefault="00790013">
      <w:pPr>
        <w:rPr>
          <w:b/>
          <w:lang w:val="da-DK"/>
        </w:rPr>
      </w:pPr>
    </w:p>
    <w:p w14:paraId="2495B366" w14:textId="77777777" w:rsidR="00790013" w:rsidRDefault="00790013">
      <w:pPr>
        <w:rPr>
          <w:b/>
          <w:lang w:val="da-DK"/>
        </w:rPr>
      </w:pPr>
    </w:p>
    <w:p w14:paraId="67DD04A5" w14:textId="77777777" w:rsidR="00790013" w:rsidRDefault="00790013">
      <w:pPr>
        <w:rPr>
          <w:b/>
          <w:lang w:val="da-DK"/>
        </w:rPr>
      </w:pPr>
    </w:p>
    <w:p w14:paraId="36EAC6E0" w14:textId="1E1006AE" w:rsidR="004438CE" w:rsidRPr="00790013" w:rsidRDefault="00000000" w:rsidP="00790013">
      <w:pPr>
        <w:pStyle w:val="Overskrift2"/>
        <w:rPr>
          <w:lang w:val="da-DK"/>
        </w:rPr>
      </w:pPr>
      <w:r w:rsidRPr="00790013">
        <w:rPr>
          <w:lang w:val="da-DK"/>
        </w:rPr>
        <w:t>Hvad skal jeg opnå det første år?</w:t>
      </w:r>
    </w:p>
    <w:p w14:paraId="42DCB5C6" w14:textId="77777777" w:rsidR="00790013" w:rsidRDefault="00790013">
      <w:pPr>
        <w:rPr>
          <w:lang w:val="da-DK"/>
        </w:rPr>
      </w:pPr>
    </w:p>
    <w:p w14:paraId="43FE13FB" w14:textId="77777777" w:rsidR="00790013" w:rsidRDefault="00790013">
      <w:pPr>
        <w:rPr>
          <w:lang w:val="da-DK"/>
        </w:rPr>
      </w:pPr>
    </w:p>
    <w:p w14:paraId="1EE9CE56" w14:textId="77777777" w:rsidR="00790013" w:rsidRDefault="00790013">
      <w:pPr>
        <w:rPr>
          <w:lang w:val="da-DK"/>
        </w:rPr>
      </w:pPr>
    </w:p>
    <w:p w14:paraId="54F05A0C" w14:textId="77777777" w:rsidR="00790013" w:rsidRDefault="00790013">
      <w:pPr>
        <w:rPr>
          <w:lang w:val="da-DK"/>
        </w:rPr>
      </w:pPr>
    </w:p>
    <w:p w14:paraId="68BFC554" w14:textId="77777777" w:rsidR="00790013" w:rsidRDefault="00790013">
      <w:pPr>
        <w:rPr>
          <w:lang w:val="da-DK"/>
        </w:rPr>
      </w:pPr>
    </w:p>
    <w:p w14:paraId="5082B859" w14:textId="23BB6FE1" w:rsidR="004438CE" w:rsidRPr="00790013" w:rsidRDefault="00000000">
      <w:pPr>
        <w:rPr>
          <w:lang w:val="da-DK"/>
        </w:rPr>
      </w:pPr>
      <w:r w:rsidRPr="00790013">
        <w:rPr>
          <w:lang w:val="da-DK"/>
        </w:rPr>
        <w:br w:type="page"/>
      </w:r>
    </w:p>
    <w:p w14:paraId="41E70613" w14:textId="77777777" w:rsidR="004438CE" w:rsidRPr="00790013" w:rsidRDefault="00000000">
      <w:pPr>
        <w:pStyle w:val="Overskrift1"/>
        <w:rPr>
          <w:lang w:val="da-DK"/>
        </w:rPr>
      </w:pPr>
      <w:r w:rsidRPr="00790013">
        <w:rPr>
          <w:lang w:val="da-DK"/>
        </w:rPr>
        <w:lastRenderedPageBreak/>
        <w:t>Iværksætter-kompas</w:t>
      </w:r>
    </w:p>
    <w:p w14:paraId="56E0D547" w14:textId="77777777" w:rsidR="004438CE" w:rsidRPr="00790013" w:rsidRDefault="00000000">
      <w:pPr>
        <w:rPr>
          <w:lang w:val="da-DK"/>
        </w:rPr>
      </w:pPr>
      <w:r w:rsidRPr="00790013">
        <w:rPr>
          <w:lang w:val="da-DK"/>
        </w:rPr>
        <w:t>Giv dig selv en score fra 1 til 5.</w:t>
      </w:r>
    </w:p>
    <w:p w14:paraId="0A62DE7C" w14:textId="77777777" w:rsidR="004438CE" w:rsidRPr="00790013" w:rsidRDefault="00000000">
      <w:pPr>
        <w:rPr>
          <w:lang w:val="da-DK"/>
        </w:rPr>
      </w:pPr>
      <w:r w:rsidRPr="00790013">
        <w:rPr>
          <w:lang w:val="da-DK"/>
        </w:rPr>
        <w:t xml:space="preserve">Motivation:  1 </w:t>
      </w:r>
      <w:proofErr w:type="gramStart"/>
      <w:r w:rsidRPr="00790013">
        <w:rPr>
          <w:lang w:val="da-DK"/>
        </w:rPr>
        <w:t>☐  2</w:t>
      </w:r>
      <w:proofErr w:type="gramEnd"/>
      <w:r w:rsidRPr="00790013">
        <w:rPr>
          <w:lang w:val="da-DK"/>
        </w:rPr>
        <w:t xml:space="preserve"> </w:t>
      </w:r>
      <w:proofErr w:type="gramStart"/>
      <w:r w:rsidRPr="00790013">
        <w:rPr>
          <w:lang w:val="da-DK"/>
        </w:rPr>
        <w:t>☐  3</w:t>
      </w:r>
      <w:proofErr w:type="gramEnd"/>
      <w:r w:rsidRPr="00790013">
        <w:rPr>
          <w:lang w:val="da-DK"/>
        </w:rPr>
        <w:t xml:space="preserve"> </w:t>
      </w:r>
      <w:proofErr w:type="gramStart"/>
      <w:r w:rsidRPr="00790013">
        <w:rPr>
          <w:lang w:val="da-DK"/>
        </w:rPr>
        <w:t>☐  4</w:t>
      </w:r>
      <w:proofErr w:type="gramEnd"/>
      <w:r w:rsidRPr="00790013">
        <w:rPr>
          <w:lang w:val="da-DK"/>
        </w:rPr>
        <w:t xml:space="preserve"> </w:t>
      </w:r>
      <w:proofErr w:type="gramStart"/>
      <w:r w:rsidRPr="00790013">
        <w:rPr>
          <w:lang w:val="da-DK"/>
        </w:rPr>
        <w:t>☐  5</w:t>
      </w:r>
      <w:proofErr w:type="gramEnd"/>
      <w:r w:rsidRPr="00790013">
        <w:rPr>
          <w:lang w:val="da-DK"/>
        </w:rPr>
        <w:t xml:space="preserve"> ☐</w:t>
      </w:r>
    </w:p>
    <w:p w14:paraId="0DFDFEC9" w14:textId="77777777" w:rsidR="004438CE" w:rsidRPr="00790013" w:rsidRDefault="00000000">
      <w:pPr>
        <w:rPr>
          <w:lang w:val="da-DK"/>
        </w:rPr>
      </w:pPr>
      <w:r w:rsidRPr="00790013">
        <w:rPr>
          <w:lang w:val="da-DK"/>
        </w:rPr>
        <w:t xml:space="preserve">Faglige kompetencer:  1 </w:t>
      </w:r>
      <w:proofErr w:type="gramStart"/>
      <w:r w:rsidRPr="00790013">
        <w:rPr>
          <w:lang w:val="da-DK"/>
        </w:rPr>
        <w:t>☐  2</w:t>
      </w:r>
      <w:proofErr w:type="gramEnd"/>
      <w:r w:rsidRPr="00790013">
        <w:rPr>
          <w:lang w:val="da-DK"/>
        </w:rPr>
        <w:t xml:space="preserve"> </w:t>
      </w:r>
      <w:proofErr w:type="gramStart"/>
      <w:r w:rsidRPr="00790013">
        <w:rPr>
          <w:lang w:val="da-DK"/>
        </w:rPr>
        <w:t>☐  3</w:t>
      </w:r>
      <w:proofErr w:type="gramEnd"/>
      <w:r w:rsidRPr="00790013">
        <w:rPr>
          <w:lang w:val="da-DK"/>
        </w:rPr>
        <w:t xml:space="preserve"> </w:t>
      </w:r>
      <w:proofErr w:type="gramStart"/>
      <w:r w:rsidRPr="00790013">
        <w:rPr>
          <w:lang w:val="da-DK"/>
        </w:rPr>
        <w:t>☐  4</w:t>
      </w:r>
      <w:proofErr w:type="gramEnd"/>
      <w:r w:rsidRPr="00790013">
        <w:rPr>
          <w:lang w:val="da-DK"/>
        </w:rPr>
        <w:t xml:space="preserve"> </w:t>
      </w:r>
      <w:proofErr w:type="gramStart"/>
      <w:r w:rsidRPr="00790013">
        <w:rPr>
          <w:lang w:val="da-DK"/>
        </w:rPr>
        <w:t>☐  5</w:t>
      </w:r>
      <w:proofErr w:type="gramEnd"/>
      <w:r w:rsidRPr="00790013">
        <w:rPr>
          <w:lang w:val="da-DK"/>
        </w:rPr>
        <w:t xml:space="preserve"> ☐</w:t>
      </w:r>
    </w:p>
    <w:p w14:paraId="64242049" w14:textId="77777777" w:rsidR="004438CE" w:rsidRPr="00790013" w:rsidRDefault="00000000">
      <w:pPr>
        <w:rPr>
          <w:lang w:val="da-DK"/>
        </w:rPr>
      </w:pPr>
      <w:r w:rsidRPr="00790013">
        <w:rPr>
          <w:lang w:val="da-DK"/>
        </w:rPr>
        <w:t xml:space="preserve">Salgsevner:  1 </w:t>
      </w:r>
      <w:proofErr w:type="gramStart"/>
      <w:r w:rsidRPr="00790013">
        <w:rPr>
          <w:lang w:val="da-DK"/>
        </w:rPr>
        <w:t>☐  2</w:t>
      </w:r>
      <w:proofErr w:type="gramEnd"/>
      <w:r w:rsidRPr="00790013">
        <w:rPr>
          <w:lang w:val="da-DK"/>
        </w:rPr>
        <w:t xml:space="preserve"> </w:t>
      </w:r>
      <w:proofErr w:type="gramStart"/>
      <w:r w:rsidRPr="00790013">
        <w:rPr>
          <w:lang w:val="da-DK"/>
        </w:rPr>
        <w:t>☐  3</w:t>
      </w:r>
      <w:proofErr w:type="gramEnd"/>
      <w:r w:rsidRPr="00790013">
        <w:rPr>
          <w:lang w:val="da-DK"/>
        </w:rPr>
        <w:t xml:space="preserve"> </w:t>
      </w:r>
      <w:proofErr w:type="gramStart"/>
      <w:r w:rsidRPr="00790013">
        <w:rPr>
          <w:lang w:val="da-DK"/>
        </w:rPr>
        <w:t>☐  4</w:t>
      </w:r>
      <w:proofErr w:type="gramEnd"/>
      <w:r w:rsidRPr="00790013">
        <w:rPr>
          <w:lang w:val="da-DK"/>
        </w:rPr>
        <w:t xml:space="preserve"> </w:t>
      </w:r>
      <w:proofErr w:type="gramStart"/>
      <w:r w:rsidRPr="00790013">
        <w:rPr>
          <w:lang w:val="da-DK"/>
        </w:rPr>
        <w:t>☐  5</w:t>
      </w:r>
      <w:proofErr w:type="gramEnd"/>
      <w:r w:rsidRPr="00790013">
        <w:rPr>
          <w:lang w:val="da-DK"/>
        </w:rPr>
        <w:t xml:space="preserve"> ☐</w:t>
      </w:r>
    </w:p>
    <w:p w14:paraId="58F7845C" w14:textId="77777777" w:rsidR="004438CE" w:rsidRPr="00790013" w:rsidRDefault="00000000">
      <w:pPr>
        <w:rPr>
          <w:lang w:val="da-DK"/>
        </w:rPr>
      </w:pPr>
      <w:r w:rsidRPr="00790013">
        <w:rPr>
          <w:lang w:val="da-DK"/>
        </w:rPr>
        <w:t xml:space="preserve">Økonomisk robusthed:  1 </w:t>
      </w:r>
      <w:proofErr w:type="gramStart"/>
      <w:r w:rsidRPr="00790013">
        <w:rPr>
          <w:lang w:val="da-DK"/>
        </w:rPr>
        <w:t>☐  2</w:t>
      </w:r>
      <w:proofErr w:type="gramEnd"/>
      <w:r w:rsidRPr="00790013">
        <w:rPr>
          <w:lang w:val="da-DK"/>
        </w:rPr>
        <w:t xml:space="preserve"> </w:t>
      </w:r>
      <w:proofErr w:type="gramStart"/>
      <w:r w:rsidRPr="00790013">
        <w:rPr>
          <w:lang w:val="da-DK"/>
        </w:rPr>
        <w:t>☐  3</w:t>
      </w:r>
      <w:proofErr w:type="gramEnd"/>
      <w:r w:rsidRPr="00790013">
        <w:rPr>
          <w:lang w:val="da-DK"/>
        </w:rPr>
        <w:t xml:space="preserve"> </w:t>
      </w:r>
      <w:proofErr w:type="gramStart"/>
      <w:r w:rsidRPr="00790013">
        <w:rPr>
          <w:lang w:val="da-DK"/>
        </w:rPr>
        <w:t>☐  4</w:t>
      </w:r>
      <w:proofErr w:type="gramEnd"/>
      <w:r w:rsidRPr="00790013">
        <w:rPr>
          <w:lang w:val="da-DK"/>
        </w:rPr>
        <w:t xml:space="preserve"> </w:t>
      </w:r>
      <w:proofErr w:type="gramStart"/>
      <w:r w:rsidRPr="00790013">
        <w:rPr>
          <w:lang w:val="da-DK"/>
        </w:rPr>
        <w:t>☐  5</w:t>
      </w:r>
      <w:proofErr w:type="gramEnd"/>
      <w:r w:rsidRPr="00790013">
        <w:rPr>
          <w:lang w:val="da-DK"/>
        </w:rPr>
        <w:t xml:space="preserve"> ☐</w:t>
      </w:r>
    </w:p>
    <w:p w14:paraId="2A9D9038" w14:textId="77777777" w:rsidR="004438CE" w:rsidRPr="00790013" w:rsidRDefault="00000000">
      <w:pPr>
        <w:rPr>
          <w:lang w:val="da-DK"/>
        </w:rPr>
      </w:pPr>
      <w:r w:rsidRPr="00790013">
        <w:rPr>
          <w:lang w:val="da-DK"/>
        </w:rPr>
        <w:t xml:space="preserve">Netværk:  1 </w:t>
      </w:r>
      <w:proofErr w:type="gramStart"/>
      <w:r w:rsidRPr="00790013">
        <w:rPr>
          <w:lang w:val="da-DK"/>
        </w:rPr>
        <w:t>☐  2</w:t>
      </w:r>
      <w:proofErr w:type="gramEnd"/>
      <w:r w:rsidRPr="00790013">
        <w:rPr>
          <w:lang w:val="da-DK"/>
        </w:rPr>
        <w:t xml:space="preserve"> </w:t>
      </w:r>
      <w:proofErr w:type="gramStart"/>
      <w:r w:rsidRPr="00790013">
        <w:rPr>
          <w:lang w:val="da-DK"/>
        </w:rPr>
        <w:t>☐  3</w:t>
      </w:r>
      <w:proofErr w:type="gramEnd"/>
      <w:r w:rsidRPr="00790013">
        <w:rPr>
          <w:lang w:val="da-DK"/>
        </w:rPr>
        <w:t xml:space="preserve"> </w:t>
      </w:r>
      <w:proofErr w:type="gramStart"/>
      <w:r w:rsidRPr="00790013">
        <w:rPr>
          <w:lang w:val="da-DK"/>
        </w:rPr>
        <w:t>☐  4</w:t>
      </w:r>
      <w:proofErr w:type="gramEnd"/>
      <w:r w:rsidRPr="00790013">
        <w:rPr>
          <w:lang w:val="da-DK"/>
        </w:rPr>
        <w:t xml:space="preserve"> </w:t>
      </w:r>
      <w:proofErr w:type="gramStart"/>
      <w:r w:rsidRPr="00790013">
        <w:rPr>
          <w:lang w:val="da-DK"/>
        </w:rPr>
        <w:t>☐  5</w:t>
      </w:r>
      <w:proofErr w:type="gramEnd"/>
      <w:r w:rsidRPr="00790013">
        <w:rPr>
          <w:lang w:val="da-DK"/>
        </w:rPr>
        <w:t xml:space="preserve"> ☐</w:t>
      </w:r>
    </w:p>
    <w:p w14:paraId="79B2832A" w14:textId="77777777" w:rsidR="004438CE" w:rsidRPr="00790013" w:rsidRDefault="00000000">
      <w:pPr>
        <w:rPr>
          <w:lang w:val="da-DK"/>
        </w:rPr>
      </w:pPr>
      <w:r w:rsidRPr="00790013">
        <w:rPr>
          <w:lang w:val="da-DK"/>
        </w:rPr>
        <w:t xml:space="preserve">Opbakning hjemmefra:  1 </w:t>
      </w:r>
      <w:proofErr w:type="gramStart"/>
      <w:r w:rsidRPr="00790013">
        <w:rPr>
          <w:lang w:val="da-DK"/>
        </w:rPr>
        <w:t>☐  2</w:t>
      </w:r>
      <w:proofErr w:type="gramEnd"/>
      <w:r w:rsidRPr="00790013">
        <w:rPr>
          <w:lang w:val="da-DK"/>
        </w:rPr>
        <w:t xml:space="preserve"> </w:t>
      </w:r>
      <w:proofErr w:type="gramStart"/>
      <w:r w:rsidRPr="00790013">
        <w:rPr>
          <w:lang w:val="da-DK"/>
        </w:rPr>
        <w:t>☐  3</w:t>
      </w:r>
      <w:proofErr w:type="gramEnd"/>
      <w:r w:rsidRPr="00790013">
        <w:rPr>
          <w:lang w:val="da-DK"/>
        </w:rPr>
        <w:t xml:space="preserve"> </w:t>
      </w:r>
      <w:proofErr w:type="gramStart"/>
      <w:r w:rsidRPr="00790013">
        <w:rPr>
          <w:lang w:val="da-DK"/>
        </w:rPr>
        <w:t>☐  4</w:t>
      </w:r>
      <w:proofErr w:type="gramEnd"/>
      <w:r w:rsidRPr="00790013">
        <w:rPr>
          <w:lang w:val="da-DK"/>
        </w:rPr>
        <w:t xml:space="preserve"> </w:t>
      </w:r>
      <w:proofErr w:type="gramStart"/>
      <w:r w:rsidRPr="00790013">
        <w:rPr>
          <w:lang w:val="da-DK"/>
        </w:rPr>
        <w:t>☐  5</w:t>
      </w:r>
      <w:proofErr w:type="gramEnd"/>
      <w:r w:rsidRPr="00790013">
        <w:rPr>
          <w:lang w:val="da-DK"/>
        </w:rPr>
        <w:t xml:space="preserve"> ☐</w:t>
      </w:r>
    </w:p>
    <w:p w14:paraId="505EE5C2" w14:textId="77777777" w:rsidR="004438CE" w:rsidRPr="00790013" w:rsidRDefault="00000000">
      <w:pPr>
        <w:rPr>
          <w:lang w:val="da-DK"/>
        </w:rPr>
      </w:pPr>
      <w:r w:rsidRPr="00790013">
        <w:rPr>
          <w:lang w:val="da-DK"/>
        </w:rPr>
        <w:t xml:space="preserve">Risikovillighed:  1 </w:t>
      </w:r>
      <w:proofErr w:type="gramStart"/>
      <w:r w:rsidRPr="00790013">
        <w:rPr>
          <w:lang w:val="da-DK"/>
        </w:rPr>
        <w:t>☐  2</w:t>
      </w:r>
      <w:proofErr w:type="gramEnd"/>
      <w:r w:rsidRPr="00790013">
        <w:rPr>
          <w:lang w:val="da-DK"/>
        </w:rPr>
        <w:t xml:space="preserve"> </w:t>
      </w:r>
      <w:proofErr w:type="gramStart"/>
      <w:r w:rsidRPr="00790013">
        <w:rPr>
          <w:lang w:val="da-DK"/>
        </w:rPr>
        <w:t>☐  3</w:t>
      </w:r>
      <w:proofErr w:type="gramEnd"/>
      <w:r w:rsidRPr="00790013">
        <w:rPr>
          <w:lang w:val="da-DK"/>
        </w:rPr>
        <w:t xml:space="preserve"> </w:t>
      </w:r>
      <w:proofErr w:type="gramStart"/>
      <w:r w:rsidRPr="00790013">
        <w:rPr>
          <w:lang w:val="da-DK"/>
        </w:rPr>
        <w:t>☐  4</w:t>
      </w:r>
      <w:proofErr w:type="gramEnd"/>
      <w:r w:rsidRPr="00790013">
        <w:rPr>
          <w:lang w:val="da-DK"/>
        </w:rPr>
        <w:t xml:space="preserve"> </w:t>
      </w:r>
      <w:proofErr w:type="gramStart"/>
      <w:r w:rsidRPr="00790013">
        <w:rPr>
          <w:lang w:val="da-DK"/>
        </w:rPr>
        <w:t>☐  5</w:t>
      </w:r>
      <w:proofErr w:type="gramEnd"/>
      <w:r w:rsidRPr="00790013">
        <w:rPr>
          <w:lang w:val="da-DK"/>
        </w:rPr>
        <w:t xml:space="preserve"> ☐</w:t>
      </w:r>
    </w:p>
    <w:p w14:paraId="63A114EC" w14:textId="77777777" w:rsidR="004438CE" w:rsidRPr="00790013" w:rsidRDefault="00000000">
      <w:pPr>
        <w:rPr>
          <w:lang w:val="da-DK"/>
        </w:rPr>
      </w:pPr>
      <w:r w:rsidRPr="00790013">
        <w:rPr>
          <w:lang w:val="da-DK"/>
        </w:rPr>
        <w:t xml:space="preserve">Evne til at håndtere modgang:  1 </w:t>
      </w:r>
      <w:proofErr w:type="gramStart"/>
      <w:r w:rsidRPr="00790013">
        <w:rPr>
          <w:lang w:val="da-DK"/>
        </w:rPr>
        <w:t>☐  2</w:t>
      </w:r>
      <w:proofErr w:type="gramEnd"/>
      <w:r w:rsidRPr="00790013">
        <w:rPr>
          <w:lang w:val="da-DK"/>
        </w:rPr>
        <w:t xml:space="preserve"> </w:t>
      </w:r>
      <w:proofErr w:type="gramStart"/>
      <w:r w:rsidRPr="00790013">
        <w:rPr>
          <w:lang w:val="da-DK"/>
        </w:rPr>
        <w:t>☐  3</w:t>
      </w:r>
      <w:proofErr w:type="gramEnd"/>
      <w:r w:rsidRPr="00790013">
        <w:rPr>
          <w:lang w:val="da-DK"/>
        </w:rPr>
        <w:t xml:space="preserve"> </w:t>
      </w:r>
      <w:proofErr w:type="gramStart"/>
      <w:r w:rsidRPr="00790013">
        <w:rPr>
          <w:lang w:val="da-DK"/>
        </w:rPr>
        <w:t>☐  4</w:t>
      </w:r>
      <w:proofErr w:type="gramEnd"/>
      <w:r w:rsidRPr="00790013">
        <w:rPr>
          <w:lang w:val="da-DK"/>
        </w:rPr>
        <w:t xml:space="preserve"> </w:t>
      </w:r>
      <w:proofErr w:type="gramStart"/>
      <w:r w:rsidRPr="00790013">
        <w:rPr>
          <w:lang w:val="da-DK"/>
        </w:rPr>
        <w:t>☐  5</w:t>
      </w:r>
      <w:proofErr w:type="gramEnd"/>
      <w:r w:rsidRPr="00790013">
        <w:rPr>
          <w:lang w:val="da-DK"/>
        </w:rPr>
        <w:t xml:space="preserve"> ☐</w:t>
      </w:r>
    </w:p>
    <w:p w14:paraId="35AC8C95" w14:textId="77777777" w:rsidR="004438CE" w:rsidRPr="00790013" w:rsidRDefault="00000000">
      <w:pPr>
        <w:rPr>
          <w:lang w:val="da-DK"/>
        </w:rPr>
      </w:pPr>
      <w:r w:rsidRPr="00790013">
        <w:rPr>
          <w:lang w:val="da-DK"/>
        </w:rPr>
        <w:t xml:space="preserve">Disciplin:  1 </w:t>
      </w:r>
      <w:proofErr w:type="gramStart"/>
      <w:r w:rsidRPr="00790013">
        <w:rPr>
          <w:lang w:val="da-DK"/>
        </w:rPr>
        <w:t>☐  2</w:t>
      </w:r>
      <w:proofErr w:type="gramEnd"/>
      <w:r w:rsidRPr="00790013">
        <w:rPr>
          <w:lang w:val="da-DK"/>
        </w:rPr>
        <w:t xml:space="preserve"> </w:t>
      </w:r>
      <w:proofErr w:type="gramStart"/>
      <w:r w:rsidRPr="00790013">
        <w:rPr>
          <w:lang w:val="da-DK"/>
        </w:rPr>
        <w:t>☐  3</w:t>
      </w:r>
      <w:proofErr w:type="gramEnd"/>
      <w:r w:rsidRPr="00790013">
        <w:rPr>
          <w:lang w:val="da-DK"/>
        </w:rPr>
        <w:t xml:space="preserve"> </w:t>
      </w:r>
      <w:proofErr w:type="gramStart"/>
      <w:r w:rsidRPr="00790013">
        <w:rPr>
          <w:lang w:val="da-DK"/>
        </w:rPr>
        <w:t>☐  4</w:t>
      </w:r>
      <w:proofErr w:type="gramEnd"/>
      <w:r w:rsidRPr="00790013">
        <w:rPr>
          <w:lang w:val="da-DK"/>
        </w:rPr>
        <w:t xml:space="preserve"> </w:t>
      </w:r>
      <w:proofErr w:type="gramStart"/>
      <w:r w:rsidRPr="00790013">
        <w:rPr>
          <w:lang w:val="da-DK"/>
        </w:rPr>
        <w:t>☐  5</w:t>
      </w:r>
      <w:proofErr w:type="gramEnd"/>
      <w:r w:rsidRPr="00790013">
        <w:rPr>
          <w:lang w:val="da-DK"/>
        </w:rPr>
        <w:t xml:space="preserve"> ☐</w:t>
      </w:r>
    </w:p>
    <w:p w14:paraId="379A0AB8" w14:textId="77777777" w:rsidR="004438CE" w:rsidRPr="00790013" w:rsidRDefault="00000000">
      <w:pPr>
        <w:rPr>
          <w:lang w:val="da-DK"/>
        </w:rPr>
      </w:pPr>
      <w:r w:rsidRPr="00790013">
        <w:rPr>
          <w:lang w:val="da-DK"/>
        </w:rPr>
        <w:t xml:space="preserve">Vedholdenhed:  1 </w:t>
      </w:r>
      <w:proofErr w:type="gramStart"/>
      <w:r w:rsidRPr="00790013">
        <w:rPr>
          <w:lang w:val="da-DK"/>
        </w:rPr>
        <w:t>☐  2</w:t>
      </w:r>
      <w:proofErr w:type="gramEnd"/>
      <w:r w:rsidRPr="00790013">
        <w:rPr>
          <w:lang w:val="da-DK"/>
        </w:rPr>
        <w:t xml:space="preserve"> </w:t>
      </w:r>
      <w:proofErr w:type="gramStart"/>
      <w:r w:rsidRPr="00790013">
        <w:rPr>
          <w:lang w:val="da-DK"/>
        </w:rPr>
        <w:t>☐  3</w:t>
      </w:r>
      <w:proofErr w:type="gramEnd"/>
      <w:r w:rsidRPr="00790013">
        <w:rPr>
          <w:lang w:val="da-DK"/>
        </w:rPr>
        <w:t xml:space="preserve"> </w:t>
      </w:r>
      <w:proofErr w:type="gramStart"/>
      <w:r w:rsidRPr="00790013">
        <w:rPr>
          <w:lang w:val="da-DK"/>
        </w:rPr>
        <w:t>☐  4</w:t>
      </w:r>
      <w:proofErr w:type="gramEnd"/>
      <w:r w:rsidRPr="00790013">
        <w:rPr>
          <w:lang w:val="da-DK"/>
        </w:rPr>
        <w:t xml:space="preserve"> </w:t>
      </w:r>
      <w:proofErr w:type="gramStart"/>
      <w:r w:rsidRPr="00790013">
        <w:rPr>
          <w:lang w:val="da-DK"/>
        </w:rPr>
        <w:t>☐  5</w:t>
      </w:r>
      <w:proofErr w:type="gramEnd"/>
      <w:r w:rsidRPr="00790013">
        <w:rPr>
          <w:lang w:val="da-DK"/>
        </w:rPr>
        <w:t xml:space="preserve"> ☐</w:t>
      </w:r>
    </w:p>
    <w:p w14:paraId="2B99FF79" w14:textId="77777777" w:rsidR="004438CE" w:rsidRPr="00790013" w:rsidRDefault="00000000">
      <w:pPr>
        <w:rPr>
          <w:lang w:val="da-DK"/>
        </w:rPr>
      </w:pPr>
      <w:r w:rsidRPr="00790013">
        <w:rPr>
          <w:lang w:val="da-DK"/>
        </w:rPr>
        <w:br w:type="page"/>
      </w:r>
    </w:p>
    <w:p w14:paraId="4DEA9B80" w14:textId="77777777" w:rsidR="004438CE" w:rsidRPr="00790013" w:rsidRDefault="00000000">
      <w:pPr>
        <w:pStyle w:val="Overskrift1"/>
        <w:rPr>
          <w:lang w:val="da-DK"/>
        </w:rPr>
      </w:pPr>
      <w:r w:rsidRPr="00790013">
        <w:rPr>
          <w:lang w:val="da-DK"/>
        </w:rPr>
        <w:lastRenderedPageBreak/>
        <w:t>Virkelighedstjek</w:t>
      </w:r>
    </w:p>
    <w:p w14:paraId="3C5C4F79" w14:textId="77777777" w:rsidR="004438CE" w:rsidRPr="00790013" w:rsidRDefault="00000000">
      <w:pPr>
        <w:rPr>
          <w:lang w:val="da-DK"/>
        </w:rPr>
      </w:pPr>
      <w:r w:rsidRPr="00790013">
        <w:rPr>
          <w:lang w:val="da-DK"/>
        </w:rPr>
        <w:t>☐ Jeg ved præcist hvad jeg vil sælge.</w:t>
      </w:r>
    </w:p>
    <w:p w14:paraId="3C61A3DB" w14:textId="3042538C" w:rsidR="004438CE" w:rsidRPr="00790013" w:rsidRDefault="00000000">
      <w:pPr>
        <w:rPr>
          <w:lang w:val="da-DK"/>
        </w:rPr>
      </w:pPr>
      <w:r w:rsidRPr="00790013">
        <w:rPr>
          <w:lang w:val="da-DK"/>
        </w:rPr>
        <w:t xml:space="preserve">☐ Jeg ved </w:t>
      </w:r>
      <w:r w:rsidR="00790013">
        <w:rPr>
          <w:lang w:val="da-DK"/>
        </w:rPr>
        <w:t xml:space="preserve">præcist </w:t>
      </w:r>
      <w:r w:rsidRPr="00790013">
        <w:rPr>
          <w:lang w:val="da-DK"/>
        </w:rPr>
        <w:t xml:space="preserve">hvem mine kunder </w:t>
      </w:r>
      <w:r w:rsidR="00790013">
        <w:rPr>
          <w:lang w:val="da-DK"/>
        </w:rPr>
        <w:t>skal være.</w:t>
      </w:r>
    </w:p>
    <w:p w14:paraId="08D7ECAB" w14:textId="77777777" w:rsidR="004438CE" w:rsidRPr="00790013" w:rsidRDefault="00000000">
      <w:pPr>
        <w:rPr>
          <w:lang w:val="da-DK"/>
        </w:rPr>
      </w:pPr>
      <w:r w:rsidRPr="00790013">
        <w:rPr>
          <w:lang w:val="da-DK"/>
        </w:rPr>
        <w:t>☐ Jeg har talt med potentielle kunder.</w:t>
      </w:r>
    </w:p>
    <w:p w14:paraId="5E9F0302" w14:textId="77777777" w:rsidR="004438CE" w:rsidRPr="00790013" w:rsidRDefault="00000000">
      <w:pPr>
        <w:rPr>
          <w:lang w:val="da-DK"/>
        </w:rPr>
      </w:pPr>
      <w:r w:rsidRPr="00790013">
        <w:rPr>
          <w:lang w:val="da-DK"/>
        </w:rPr>
        <w:t>☐ Jeg kender mine konkurrenter.</w:t>
      </w:r>
    </w:p>
    <w:p w14:paraId="154347FC" w14:textId="77777777" w:rsidR="004438CE" w:rsidRPr="00790013" w:rsidRDefault="00000000">
      <w:pPr>
        <w:rPr>
          <w:lang w:val="da-DK"/>
        </w:rPr>
      </w:pPr>
      <w:r w:rsidRPr="00790013">
        <w:rPr>
          <w:lang w:val="da-DK"/>
        </w:rPr>
        <w:t>☐ Jeg har styr på økonomien.</w:t>
      </w:r>
    </w:p>
    <w:p w14:paraId="512D435F" w14:textId="330E7959" w:rsidR="004438CE" w:rsidRPr="00790013" w:rsidRDefault="00000000">
      <w:pPr>
        <w:rPr>
          <w:lang w:val="da-DK"/>
        </w:rPr>
      </w:pPr>
      <w:r w:rsidRPr="00790013">
        <w:rPr>
          <w:lang w:val="da-DK"/>
        </w:rPr>
        <w:t>☐ Min familie ved hvad jeg</w:t>
      </w:r>
      <w:r w:rsidR="00790013">
        <w:rPr>
          <w:lang w:val="da-DK"/>
        </w:rPr>
        <w:t xml:space="preserve"> og de</w:t>
      </w:r>
      <w:r w:rsidRPr="00790013">
        <w:rPr>
          <w:lang w:val="da-DK"/>
        </w:rPr>
        <w:t xml:space="preserve"> går ind til.</w:t>
      </w:r>
    </w:p>
    <w:p w14:paraId="507E6F86" w14:textId="77777777" w:rsidR="004438CE" w:rsidRPr="00790013" w:rsidRDefault="00000000">
      <w:pPr>
        <w:rPr>
          <w:lang w:val="da-DK"/>
        </w:rPr>
      </w:pPr>
      <w:r w:rsidRPr="00790013">
        <w:rPr>
          <w:lang w:val="da-DK"/>
        </w:rPr>
        <w:t>☐ Jeg har en plan hvis tingene går galt.</w:t>
      </w:r>
    </w:p>
    <w:p w14:paraId="1D89439E" w14:textId="77777777" w:rsidR="004438CE" w:rsidRPr="00790013" w:rsidRDefault="00000000">
      <w:pPr>
        <w:rPr>
          <w:lang w:val="da-DK"/>
        </w:rPr>
      </w:pPr>
      <w:r w:rsidRPr="00790013">
        <w:rPr>
          <w:lang w:val="da-DK"/>
        </w:rPr>
        <w:t>☐ Jeg kender mit stop-tidspunkt.</w:t>
      </w:r>
    </w:p>
    <w:p w14:paraId="35F3D95E" w14:textId="77777777" w:rsidR="004438CE" w:rsidRPr="00790013" w:rsidRDefault="00000000">
      <w:pPr>
        <w:rPr>
          <w:lang w:val="da-DK"/>
        </w:rPr>
      </w:pPr>
      <w:r w:rsidRPr="00790013">
        <w:rPr>
          <w:lang w:val="da-DK"/>
        </w:rPr>
        <w:t>☐ Jeg er stadig motiveret til at starte virksomhed.</w:t>
      </w:r>
    </w:p>
    <w:p w14:paraId="66E6C43C" w14:textId="77777777" w:rsidR="004438CE" w:rsidRPr="00790013" w:rsidRDefault="00000000">
      <w:pPr>
        <w:rPr>
          <w:lang w:val="da-DK"/>
        </w:rPr>
      </w:pPr>
      <w:r w:rsidRPr="00790013">
        <w:rPr>
          <w:lang w:val="da-DK"/>
        </w:rPr>
        <w:br w:type="page"/>
      </w:r>
    </w:p>
    <w:p w14:paraId="3E0330E0" w14:textId="77777777" w:rsidR="004438CE" w:rsidRPr="00790013" w:rsidRDefault="00000000">
      <w:pPr>
        <w:pStyle w:val="Overskrift1"/>
        <w:rPr>
          <w:lang w:val="da-DK"/>
        </w:rPr>
      </w:pPr>
      <w:r w:rsidRPr="00790013">
        <w:rPr>
          <w:lang w:val="da-DK"/>
        </w:rPr>
        <w:lastRenderedPageBreak/>
        <w:t>Min beslutning</w:t>
      </w:r>
    </w:p>
    <w:p w14:paraId="1B76DD9D" w14:textId="77777777" w:rsidR="004438CE" w:rsidRPr="00790013" w:rsidRDefault="00000000">
      <w:pPr>
        <w:rPr>
          <w:lang w:val="da-DK"/>
        </w:rPr>
      </w:pPr>
      <w:r w:rsidRPr="00790013">
        <w:rPr>
          <w:lang w:val="da-DK"/>
        </w:rPr>
        <w:t>Når du er nået hertil, er det tid til at træffe en beslutning. Måske er du klar til at springe ud i det. Måske har du brug for mere tid. Begge dele er helt okay.</w:t>
      </w:r>
    </w:p>
    <w:p w14:paraId="3A209A84" w14:textId="77777777" w:rsidR="004438CE" w:rsidRPr="00790013" w:rsidRDefault="00000000">
      <w:pPr>
        <w:rPr>
          <w:lang w:val="da-DK"/>
        </w:rPr>
      </w:pPr>
      <w:r w:rsidRPr="00790013">
        <w:rPr>
          <w:lang w:val="da-DK"/>
        </w:rPr>
        <w:t>☐ Jeg starter virksomheden.</w:t>
      </w:r>
    </w:p>
    <w:p w14:paraId="0FD48290" w14:textId="77777777" w:rsidR="004438CE" w:rsidRPr="00790013" w:rsidRDefault="00000000">
      <w:pPr>
        <w:rPr>
          <w:lang w:val="da-DK"/>
        </w:rPr>
      </w:pPr>
      <w:r w:rsidRPr="00790013">
        <w:rPr>
          <w:lang w:val="da-DK"/>
        </w:rPr>
        <w:t>☐ Jeg undersøger idéen nærmere.</w:t>
      </w:r>
    </w:p>
    <w:p w14:paraId="66A18229" w14:textId="77777777" w:rsidR="004438CE" w:rsidRPr="00790013" w:rsidRDefault="00000000">
      <w:pPr>
        <w:rPr>
          <w:lang w:val="da-DK"/>
        </w:rPr>
      </w:pPr>
      <w:r w:rsidRPr="00790013">
        <w:rPr>
          <w:lang w:val="da-DK"/>
        </w:rPr>
        <w:t>☐ Jeg udsætter opstarten.</w:t>
      </w:r>
    </w:p>
    <w:p w14:paraId="5D0B5368" w14:textId="77777777" w:rsidR="004438CE" w:rsidRPr="00790013" w:rsidRDefault="00000000">
      <w:pPr>
        <w:rPr>
          <w:lang w:val="da-DK"/>
        </w:rPr>
      </w:pPr>
      <w:r w:rsidRPr="00790013">
        <w:rPr>
          <w:lang w:val="da-DK"/>
        </w:rPr>
        <w:t>☐ Jeg vælger ikke at starte virksomhed.</w:t>
      </w:r>
    </w:p>
    <w:p w14:paraId="168BA7EE" w14:textId="77777777" w:rsidR="004438CE" w:rsidRDefault="00000000" w:rsidP="00790013">
      <w:pPr>
        <w:pStyle w:val="Overskrift2"/>
        <w:rPr>
          <w:lang w:val="da-DK"/>
        </w:rPr>
      </w:pPr>
      <w:r w:rsidRPr="00790013">
        <w:rPr>
          <w:lang w:val="da-DK"/>
        </w:rPr>
        <w:br/>
        <w:t>Hvorfor har jeg truffet denne beslutning?</w:t>
      </w:r>
    </w:p>
    <w:p w14:paraId="1F5F625A" w14:textId="77777777" w:rsidR="00790013" w:rsidRDefault="00790013" w:rsidP="00790013">
      <w:pPr>
        <w:rPr>
          <w:lang w:val="da-DK"/>
        </w:rPr>
      </w:pPr>
    </w:p>
    <w:p w14:paraId="05C61FB0" w14:textId="77777777" w:rsidR="00790013" w:rsidRDefault="00790013" w:rsidP="00790013">
      <w:pPr>
        <w:rPr>
          <w:lang w:val="da-DK"/>
        </w:rPr>
      </w:pPr>
    </w:p>
    <w:p w14:paraId="363E1367" w14:textId="77777777" w:rsidR="00790013" w:rsidRDefault="00790013" w:rsidP="00790013">
      <w:pPr>
        <w:rPr>
          <w:lang w:val="da-DK"/>
        </w:rPr>
      </w:pPr>
    </w:p>
    <w:p w14:paraId="3BA44BEE" w14:textId="77777777" w:rsidR="00790013" w:rsidRDefault="00790013" w:rsidP="00790013">
      <w:pPr>
        <w:rPr>
          <w:lang w:val="da-DK"/>
        </w:rPr>
      </w:pPr>
    </w:p>
    <w:p w14:paraId="427200DF" w14:textId="77777777" w:rsidR="00790013" w:rsidRPr="00790013" w:rsidRDefault="00790013" w:rsidP="00790013">
      <w:pPr>
        <w:rPr>
          <w:lang w:val="da-DK"/>
        </w:rPr>
      </w:pPr>
    </w:p>
    <w:sectPr w:rsidR="00790013" w:rsidRPr="0079001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Opstilling-talellerbogs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Opstilling-talellerbogs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Opstilling-punktteg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Opstilling-punktteg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Opstilling-talellerbogs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Opstilling-punkttegn"/>
      <w:lvlText w:val=""/>
      <w:lvlJc w:val="left"/>
      <w:pPr>
        <w:tabs>
          <w:tab w:val="num" w:pos="360"/>
        </w:tabs>
        <w:ind w:left="360" w:hanging="360"/>
      </w:pPr>
      <w:rPr>
        <w:rFonts w:ascii="Symbol" w:hAnsi="Symbol" w:hint="default"/>
      </w:rPr>
    </w:lvl>
  </w:abstractNum>
  <w:num w:numId="1" w16cid:durableId="1330449931">
    <w:abstractNumId w:val="8"/>
  </w:num>
  <w:num w:numId="2" w16cid:durableId="1437821822">
    <w:abstractNumId w:val="6"/>
  </w:num>
  <w:num w:numId="3" w16cid:durableId="395860743">
    <w:abstractNumId w:val="5"/>
  </w:num>
  <w:num w:numId="4" w16cid:durableId="1799227286">
    <w:abstractNumId w:val="4"/>
  </w:num>
  <w:num w:numId="5" w16cid:durableId="551578033">
    <w:abstractNumId w:val="7"/>
  </w:num>
  <w:num w:numId="6" w16cid:durableId="834612020">
    <w:abstractNumId w:val="3"/>
  </w:num>
  <w:num w:numId="7" w16cid:durableId="883368854">
    <w:abstractNumId w:val="2"/>
  </w:num>
  <w:num w:numId="8" w16cid:durableId="1273904556">
    <w:abstractNumId w:val="1"/>
  </w:num>
  <w:num w:numId="9" w16cid:durableId="694963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438CE"/>
    <w:rsid w:val="00486A5C"/>
    <w:rsid w:val="00790013"/>
    <w:rsid w:val="00AA1D8D"/>
    <w:rsid w:val="00B47730"/>
    <w:rsid w:val="00CB0664"/>
    <w:rsid w:val="00CC62FA"/>
    <w:rsid w:val="00DD733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BB8774"/>
  <w14:defaultImageDpi w14:val="300"/>
  <w15:docId w15:val="{A4A94773-6B22-5841-B46D-43B12803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Overskrift1">
    <w:name w:val="heading 1"/>
    <w:basedOn w:val="Normal"/>
    <w:next w:val="Normal"/>
    <w:link w:val="Overskrift1Teg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618BF"/>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E618BF"/>
  </w:style>
  <w:style w:type="paragraph" w:styleId="Sidefod">
    <w:name w:val="footer"/>
    <w:basedOn w:val="Normal"/>
    <w:link w:val="SidefodTegn"/>
    <w:uiPriority w:val="99"/>
    <w:unhideWhenUsed/>
    <w:rsid w:val="00E618BF"/>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E618BF"/>
  </w:style>
  <w:style w:type="paragraph" w:styleId="Ingenafstand">
    <w:name w:val="No Spacing"/>
    <w:uiPriority w:val="1"/>
    <w:qFormat/>
    <w:rsid w:val="00FC693F"/>
    <w:pPr>
      <w:spacing w:after="0" w:line="240" w:lineRule="auto"/>
    </w:pPr>
  </w:style>
  <w:style w:type="character" w:customStyle="1" w:styleId="Overskrift1Tegn">
    <w:name w:val="Overskrift 1 Tegn"/>
    <w:basedOn w:val="Standardskrifttypeiafsnit"/>
    <w:link w:val="Oversk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FC693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typeiafsnit"/>
    <w:link w:val="Overskrift3"/>
    <w:uiPriority w:val="9"/>
    <w:rsid w:val="00FC693F"/>
    <w:rPr>
      <w:rFonts w:asciiTheme="majorHAnsi" w:eastAsiaTheme="majorEastAsia" w:hAnsiTheme="majorHAnsi" w:cstheme="majorBidi"/>
      <w:b/>
      <w:bCs/>
      <w:color w:val="4F81BD" w:themeColor="accent1"/>
    </w:rPr>
  </w:style>
  <w:style w:type="paragraph" w:styleId="Titel">
    <w:name w:val="Title"/>
    <w:basedOn w:val="Normal"/>
    <w:next w:val="Normal"/>
    <w:link w:val="TitelTeg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afsni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pPr>
      <w:spacing w:after="120"/>
    </w:pPr>
  </w:style>
  <w:style w:type="character" w:customStyle="1" w:styleId="BrdtekstTegn">
    <w:name w:val="Brødtekst Tegn"/>
    <w:basedOn w:val="Standardskrifttypeiafsnit"/>
    <w:link w:val="Brdtekst"/>
    <w:uiPriority w:val="99"/>
    <w:rsid w:val="00AA1D8D"/>
  </w:style>
  <w:style w:type="paragraph" w:styleId="Brdtekst2">
    <w:name w:val="Body Text 2"/>
    <w:basedOn w:val="Normal"/>
    <w:link w:val="Brdtekst2Tegn"/>
    <w:uiPriority w:val="99"/>
    <w:unhideWhenUsed/>
    <w:rsid w:val="00AA1D8D"/>
    <w:pPr>
      <w:spacing w:after="120" w:line="480" w:lineRule="auto"/>
    </w:pPr>
  </w:style>
  <w:style w:type="character" w:customStyle="1" w:styleId="Brdtekst2Tegn">
    <w:name w:val="Brødtekst 2 Tegn"/>
    <w:basedOn w:val="Standardskrifttypeiafsnit"/>
    <w:link w:val="Brdtekst2"/>
    <w:uiPriority w:val="99"/>
    <w:rsid w:val="00AA1D8D"/>
  </w:style>
  <w:style w:type="paragraph" w:styleId="Brdtekst3">
    <w:name w:val="Body Text 3"/>
    <w:basedOn w:val="Normal"/>
    <w:link w:val="Brdtekst3Tegn"/>
    <w:uiPriority w:val="99"/>
    <w:unhideWhenUsed/>
    <w:rsid w:val="00AA1D8D"/>
    <w:pPr>
      <w:spacing w:after="120"/>
    </w:pPr>
    <w:rPr>
      <w:sz w:val="16"/>
      <w:szCs w:val="16"/>
    </w:rPr>
  </w:style>
  <w:style w:type="character" w:customStyle="1" w:styleId="Brdtekst3Tegn">
    <w:name w:val="Brødtekst 3 Tegn"/>
    <w:basedOn w:val="Standardskrifttypeiafsnit"/>
    <w:link w:val="Brdtekst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Opstilling-punkttegn">
    <w:name w:val="List Bullet"/>
    <w:basedOn w:val="Normal"/>
    <w:uiPriority w:val="99"/>
    <w:unhideWhenUsed/>
    <w:rsid w:val="00326F90"/>
    <w:pPr>
      <w:numPr>
        <w:numId w:val="1"/>
      </w:numPr>
      <w:contextualSpacing/>
    </w:pPr>
  </w:style>
  <w:style w:type="paragraph" w:styleId="Opstilling-punkttegn2">
    <w:name w:val="List Bullet 2"/>
    <w:basedOn w:val="Normal"/>
    <w:uiPriority w:val="99"/>
    <w:unhideWhenUsed/>
    <w:rsid w:val="00326F90"/>
    <w:pPr>
      <w:numPr>
        <w:numId w:val="2"/>
      </w:numPr>
      <w:contextualSpacing/>
    </w:pPr>
  </w:style>
  <w:style w:type="paragraph" w:styleId="Opstilling-punkttegn3">
    <w:name w:val="List Bullet 3"/>
    <w:basedOn w:val="Normal"/>
    <w:uiPriority w:val="99"/>
    <w:unhideWhenUsed/>
    <w:rsid w:val="00326F90"/>
    <w:pPr>
      <w:numPr>
        <w:numId w:val="3"/>
      </w:numPr>
      <w:contextualSpacing/>
    </w:pPr>
  </w:style>
  <w:style w:type="paragraph" w:styleId="Opstilling-talellerbogst">
    <w:name w:val="List Number"/>
    <w:basedOn w:val="Normal"/>
    <w:uiPriority w:val="99"/>
    <w:unhideWhenUsed/>
    <w:rsid w:val="00326F90"/>
    <w:pPr>
      <w:numPr>
        <w:numId w:val="5"/>
      </w:numPr>
      <w:contextualSpacing/>
    </w:pPr>
  </w:style>
  <w:style w:type="paragraph" w:styleId="Opstilling-talellerbogst2">
    <w:name w:val="List Number 2"/>
    <w:basedOn w:val="Normal"/>
    <w:uiPriority w:val="99"/>
    <w:unhideWhenUsed/>
    <w:rsid w:val="0029639D"/>
    <w:pPr>
      <w:numPr>
        <w:numId w:val="6"/>
      </w:numPr>
      <w:contextualSpacing/>
    </w:pPr>
  </w:style>
  <w:style w:type="paragraph" w:styleId="Opstilling-talellerbogst3">
    <w:name w:val="List Number 3"/>
    <w:basedOn w:val="Normal"/>
    <w:uiPriority w:val="99"/>
    <w:unhideWhenUsed/>
    <w:rsid w:val="0029639D"/>
    <w:pPr>
      <w:numPr>
        <w:numId w:val="7"/>
      </w:numPr>
      <w:contextualSpacing/>
    </w:pPr>
  </w:style>
  <w:style w:type="paragraph" w:styleId="Opstilling-forts">
    <w:name w:val="List Continue"/>
    <w:basedOn w:val="Normal"/>
    <w:uiPriority w:val="99"/>
    <w:unhideWhenUsed/>
    <w:rsid w:val="0029639D"/>
    <w:pPr>
      <w:spacing w:after="120"/>
      <w:ind w:left="360"/>
      <w:contextualSpacing/>
    </w:pPr>
  </w:style>
  <w:style w:type="paragraph" w:styleId="Opstilling-forts2">
    <w:name w:val="List Continue 2"/>
    <w:basedOn w:val="Normal"/>
    <w:uiPriority w:val="99"/>
    <w:unhideWhenUsed/>
    <w:rsid w:val="0029639D"/>
    <w:pPr>
      <w:spacing w:after="120"/>
      <w:ind w:left="720"/>
      <w:contextualSpacing/>
    </w:pPr>
  </w:style>
  <w:style w:type="paragraph" w:styleId="Opstilling-forts3">
    <w:name w:val="List Continue 3"/>
    <w:basedOn w:val="Normal"/>
    <w:uiPriority w:val="99"/>
    <w:unhideWhenUsed/>
    <w:rsid w:val="0029639D"/>
    <w:pPr>
      <w:spacing w:after="120"/>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basedOn w:val="Standardskrifttypeiafsnit"/>
    <w:link w:val="Makrotekst"/>
    <w:uiPriority w:val="99"/>
    <w:rsid w:val="0029639D"/>
    <w:rPr>
      <w:rFonts w:ascii="Courier" w:hAnsi="Courier"/>
      <w:sz w:val="20"/>
      <w:szCs w:val="20"/>
    </w:rPr>
  </w:style>
  <w:style w:type="paragraph" w:styleId="Citat">
    <w:name w:val="Quote"/>
    <w:basedOn w:val="Normal"/>
    <w:next w:val="Normal"/>
    <w:link w:val="CitatTegn"/>
    <w:uiPriority w:val="29"/>
    <w:qFormat/>
    <w:rsid w:val="00FC693F"/>
    <w:rPr>
      <w:i/>
      <w:iCs/>
      <w:color w:val="000000" w:themeColor="text1"/>
    </w:rPr>
  </w:style>
  <w:style w:type="character" w:customStyle="1" w:styleId="CitatTegn">
    <w:name w:val="Citat Tegn"/>
    <w:basedOn w:val="Standardskrifttypeiafsnit"/>
    <w:link w:val="Citat"/>
    <w:uiPriority w:val="29"/>
    <w:rsid w:val="00FC693F"/>
    <w:rPr>
      <w:i/>
      <w:iCs/>
      <w:color w:val="000000" w:themeColor="text1"/>
    </w:rPr>
  </w:style>
  <w:style w:type="character" w:customStyle="1" w:styleId="Overskrift4Tegn">
    <w:name w:val="Overskrift 4 Tegn"/>
    <w:basedOn w:val="Standardskrifttypeiafsnit"/>
    <w:link w:val="Overskrift4"/>
    <w:uiPriority w:val="9"/>
    <w:semiHidden/>
    <w:rsid w:val="00FC693F"/>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FC693F"/>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FC693F"/>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FC693F"/>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FC693F"/>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typeiafsnit"/>
    <w:link w:val="Oversk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k">
    <w:name w:val="Strong"/>
    <w:basedOn w:val="Standardskrifttypeiafsnit"/>
    <w:uiPriority w:val="22"/>
    <w:qFormat/>
    <w:rsid w:val="00FC693F"/>
    <w:rPr>
      <w:b/>
      <w:bCs/>
    </w:rPr>
  </w:style>
  <w:style w:type="character" w:styleId="Fremhv">
    <w:name w:val="Emphasis"/>
    <w:basedOn w:val="Standardskrifttypeiafsnit"/>
    <w:uiPriority w:val="20"/>
    <w:qFormat/>
    <w:rsid w:val="00FC693F"/>
    <w:rPr>
      <w:i/>
      <w:iCs/>
    </w:rPr>
  </w:style>
  <w:style w:type="paragraph" w:styleId="Strktcitat">
    <w:name w:val="Intense Quote"/>
    <w:basedOn w:val="Normal"/>
    <w:next w:val="Normal"/>
    <w:link w:val="Strktc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FC693F"/>
    <w:rPr>
      <w:b/>
      <w:bCs/>
      <w:i/>
      <w:iCs/>
      <w:color w:val="4F81BD" w:themeColor="accent1"/>
    </w:rPr>
  </w:style>
  <w:style w:type="character" w:styleId="Svagfremhvning">
    <w:name w:val="Subtle Emphasis"/>
    <w:basedOn w:val="Standardskrifttypeiafsnit"/>
    <w:uiPriority w:val="19"/>
    <w:qFormat/>
    <w:rsid w:val="00FC693F"/>
    <w:rPr>
      <w:i/>
      <w:iCs/>
      <w:color w:val="808080" w:themeColor="text1" w:themeTint="7F"/>
    </w:rPr>
  </w:style>
  <w:style w:type="character" w:styleId="Kraftigfremhvning">
    <w:name w:val="Intense Emphasis"/>
    <w:basedOn w:val="Standardskrifttypeiafsnit"/>
    <w:uiPriority w:val="21"/>
    <w:qFormat/>
    <w:rsid w:val="00FC693F"/>
    <w:rPr>
      <w:b/>
      <w:bCs/>
      <w:i/>
      <w:iCs/>
      <w:color w:val="4F81BD" w:themeColor="accent1"/>
    </w:rPr>
  </w:style>
  <w:style w:type="character" w:styleId="Svaghenvisning">
    <w:name w:val="Subtle Reference"/>
    <w:basedOn w:val="Standardskrifttypeiafsnit"/>
    <w:uiPriority w:val="31"/>
    <w:qFormat/>
    <w:rsid w:val="00FC693F"/>
    <w:rPr>
      <w:smallCaps/>
      <w:color w:val="C0504D" w:themeColor="accent2"/>
      <w:u w:val="single"/>
    </w:rPr>
  </w:style>
  <w:style w:type="character" w:styleId="Kraftighenvisning">
    <w:name w:val="Intense Reference"/>
    <w:basedOn w:val="Standardskrifttypeiafsnit"/>
    <w:uiPriority w:val="32"/>
    <w:qFormat/>
    <w:rsid w:val="00FC693F"/>
    <w:rPr>
      <w:b/>
      <w:bCs/>
      <w:smallCaps/>
      <w:color w:val="C0504D" w:themeColor="accent2"/>
      <w:spacing w:val="5"/>
      <w:u w:val="single"/>
    </w:rPr>
  </w:style>
  <w:style w:type="character" w:styleId="Bogenstitel">
    <w:name w:val="Book Title"/>
    <w:basedOn w:val="Standardskrifttypeiafsnit"/>
    <w:uiPriority w:val="33"/>
    <w:qFormat/>
    <w:rsid w:val="00FC693F"/>
    <w:rPr>
      <w:b/>
      <w:bCs/>
      <w:smallCaps/>
      <w:spacing w:val="5"/>
    </w:rPr>
  </w:style>
  <w:style w:type="paragraph" w:styleId="Overskrift">
    <w:name w:val="TOC Heading"/>
    <w:basedOn w:val="Overskrift1"/>
    <w:next w:val="Normal"/>
    <w:uiPriority w:val="39"/>
    <w:semiHidden/>
    <w:unhideWhenUsed/>
    <w:qFormat/>
    <w:rsid w:val="00FC693F"/>
    <w:pPr>
      <w:outlineLvl w:val="9"/>
    </w:pPr>
  </w:style>
  <w:style w:type="table" w:styleId="Tabel-Gitter">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fremhvningsfarv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fremhvningsfarv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fremhvningsfarv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fremhvningsfarv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fremhvningsfarv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fremhvningsfarv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fremhvningsfarv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fremhvningsfarv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fremhvningsfarv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fremhvningsfarv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gitter">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gitter-fremhvningsfarv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gitter-fremhvningsfarv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gitter-fremhvningsfarv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gitter-fremhvningsfarv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gitter-fremhvningsfarv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kygg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e1-fremhvningsfarv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e1-fremhvningsfarv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e1-fremhvningsfarv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e1-fremhvningsfarv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e1-fremhvningsfarv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itter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itter1-fremhvningsfarv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itter1-fremhvningsfarv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itter1-fremhvningsfarv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itter1-fremhvningsfarv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itter1-fremhvningsfarv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itter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itter3-fremhvningsfarv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itter3-fremhvningsfarv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itter3-fremhvningsfarv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itter3-fremhvningsfarv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itter3-fremhvningsfarv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fremhvningsfarv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fremhvningsfarv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fremhvningsfarv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fremhvningsfarv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fremhvningsfarv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vetskygge">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vetskygge-fremhvningsfarv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vetliste">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vetliste-fremhvningsfarv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vetliste-fremhvningsfarv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vetliste-fremhvningsfarv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vetliste-fremhvningsfarv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vetliste-fremhvningsfarv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vetgitter">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vetgitter-fremhvningsfarv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vetgitter-fremhvningsfarv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vetgitter-fremhvningsfarv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vetgitter-fremhvningsfarv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vetgitter-fremhvningsfarv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16</Pages>
  <Words>631</Words>
  <Characters>3855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4478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Jimmi Breiner Hansen / Danbox Living</cp:lastModifiedBy>
  <cp:revision>5</cp:revision>
  <dcterms:created xsi:type="dcterms:W3CDTF">2013-12-23T23:15:00Z</dcterms:created>
  <dcterms:modified xsi:type="dcterms:W3CDTF">2026-06-13T17:02:00Z</dcterms:modified>
  <cp:category/>
</cp:coreProperties>
</file>